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41F" w:rsidRPr="00B47FF7" w:rsidRDefault="00AB4E51" w:rsidP="004E3D6B">
      <w:pPr>
        <w:rPr>
          <w:sz w:val="22"/>
        </w:rPr>
      </w:pPr>
      <w:r w:rsidRPr="00B47FF7">
        <w:rPr>
          <w:sz w:val="22"/>
        </w:rPr>
        <w:t>様式第１号（第４条、第６条関係）</w:t>
      </w:r>
    </w:p>
    <w:p w:rsidR="000356B0" w:rsidRPr="004E3D6B" w:rsidRDefault="00C9541F" w:rsidP="00C9541F">
      <w:pPr>
        <w:spacing w:after="0"/>
        <w:jc w:val="center"/>
        <w:rPr>
          <w:sz w:val="22"/>
        </w:rPr>
      </w:pPr>
      <w:r w:rsidRPr="004E3D6B">
        <w:rPr>
          <w:rFonts w:hint="eastAsia"/>
          <w:sz w:val="22"/>
          <w:lang w:eastAsia="ja-JP"/>
        </w:rPr>
        <w:t>軽米町民間賃貸住宅情報掲載（新規・変更）申出書兼同意書</w:t>
      </w:r>
      <w:r w:rsidR="004E3D6B" w:rsidRPr="004E3D6B">
        <w:rPr>
          <w:rFonts w:hint="eastAsia"/>
          <w:sz w:val="22"/>
          <w:lang w:eastAsia="ja-JP"/>
        </w:rPr>
        <w:t>【大家用】</w:t>
      </w:r>
    </w:p>
    <w:p w:rsidR="000356B0" w:rsidRDefault="00AB4E51" w:rsidP="00C92037">
      <w:pPr>
        <w:jc w:val="right"/>
      </w:pPr>
      <w:r>
        <w:t xml:space="preserve">　　年　　月　　日</w:t>
      </w:r>
    </w:p>
    <w:p w:rsidR="000356B0" w:rsidRDefault="00C92037">
      <w:r>
        <w:rPr>
          <w:rFonts w:hint="eastAsia"/>
          <w:lang w:eastAsia="ja-JP"/>
        </w:rPr>
        <w:t>軽米</w:t>
      </w:r>
      <w:r w:rsidR="00AB4E51">
        <w:t>町長　様</w:t>
      </w:r>
    </w:p>
    <w:tbl>
      <w:tblPr>
        <w:tblStyle w:val="afe"/>
        <w:tblW w:w="0" w:type="auto"/>
        <w:tblLook w:val="04A0" w:firstRow="1" w:lastRow="0" w:firstColumn="1" w:lastColumn="0" w:noHBand="0" w:noVBand="1"/>
      </w:tblPr>
      <w:tblGrid>
        <w:gridCol w:w="2186"/>
        <w:gridCol w:w="2480"/>
        <w:gridCol w:w="1523"/>
        <w:gridCol w:w="2441"/>
      </w:tblGrid>
      <w:tr w:rsidR="000356B0" w:rsidTr="004C2F08">
        <w:trPr>
          <w:trHeight w:val="870"/>
        </w:trPr>
        <w:tc>
          <w:tcPr>
            <w:tcW w:w="2235" w:type="dxa"/>
            <w:vAlign w:val="center"/>
          </w:tcPr>
          <w:p w:rsidR="000356B0" w:rsidRDefault="00AB4E51" w:rsidP="00D5054B">
            <w:r>
              <w:t>申出者（所有者等）</w:t>
            </w:r>
          </w:p>
          <w:p w:rsidR="00124527" w:rsidRDefault="00124527" w:rsidP="00D5054B">
            <w:r w:rsidRPr="00C015CB">
              <w:rPr>
                <w:rFonts w:hint="eastAsia"/>
                <w:sz w:val="20"/>
                <w:lang w:eastAsia="ja-JP"/>
              </w:rPr>
              <w:t>※</w:t>
            </w:r>
            <w:r w:rsidRPr="00C015CB">
              <w:rPr>
                <w:sz w:val="18"/>
              </w:rPr>
              <w:t>法人</w:t>
            </w:r>
            <w:r w:rsidRPr="00C015CB">
              <w:rPr>
                <w:rFonts w:hint="eastAsia"/>
                <w:sz w:val="18"/>
                <w:lang w:eastAsia="ja-JP"/>
              </w:rPr>
              <w:t>の場合</w:t>
            </w:r>
            <w:r w:rsidRPr="00C015CB">
              <w:rPr>
                <w:sz w:val="18"/>
              </w:rPr>
              <w:t>は名称及び代表者氏名</w:t>
            </w:r>
          </w:p>
        </w:tc>
        <w:tc>
          <w:tcPr>
            <w:tcW w:w="6621" w:type="dxa"/>
            <w:gridSpan w:val="3"/>
            <w:vAlign w:val="center"/>
          </w:tcPr>
          <w:p w:rsidR="00124527" w:rsidRDefault="00AB4E51" w:rsidP="004C2F08">
            <w:pPr>
              <w:spacing w:line="360" w:lineRule="auto"/>
              <w:jc w:val="both"/>
            </w:pPr>
            <w:r>
              <w:t>住所：</w:t>
            </w:r>
          </w:p>
          <w:p w:rsidR="000356B0" w:rsidRDefault="00AB4E51" w:rsidP="004C2F08">
            <w:pPr>
              <w:spacing w:line="360" w:lineRule="auto"/>
              <w:jc w:val="both"/>
            </w:pPr>
            <w:r>
              <w:t>氏名：</w:t>
            </w:r>
          </w:p>
        </w:tc>
      </w:tr>
      <w:tr w:rsidR="004E3D6B" w:rsidTr="004C2F08">
        <w:trPr>
          <w:trHeight w:val="355"/>
        </w:trPr>
        <w:tc>
          <w:tcPr>
            <w:tcW w:w="2235" w:type="dxa"/>
            <w:vAlign w:val="center"/>
          </w:tcPr>
          <w:p w:rsidR="004E3D6B" w:rsidRDefault="004E3D6B" w:rsidP="00D5054B">
            <w:r>
              <w:t>電話番号</w:t>
            </w:r>
          </w:p>
        </w:tc>
        <w:tc>
          <w:tcPr>
            <w:tcW w:w="2551" w:type="dxa"/>
            <w:vAlign w:val="center"/>
          </w:tcPr>
          <w:p w:rsidR="004E3D6B" w:rsidRDefault="004E3D6B" w:rsidP="00D5054B"/>
        </w:tc>
        <w:tc>
          <w:tcPr>
            <w:tcW w:w="1559" w:type="dxa"/>
            <w:vAlign w:val="center"/>
          </w:tcPr>
          <w:p w:rsidR="004E3D6B" w:rsidRDefault="004E3D6B" w:rsidP="00D5054B">
            <w:r w:rsidRPr="004C2F08">
              <w:rPr>
                <w:rFonts w:hint="eastAsia"/>
                <w:sz w:val="18"/>
                <w:lang w:eastAsia="ja-JP"/>
              </w:rPr>
              <w:t>メール</w:t>
            </w:r>
            <w:r w:rsidR="004C2F08" w:rsidRPr="004C2F08">
              <w:rPr>
                <w:rFonts w:hint="eastAsia"/>
                <w:sz w:val="18"/>
                <w:lang w:eastAsia="ja-JP"/>
              </w:rPr>
              <w:t>アドレス</w:t>
            </w:r>
          </w:p>
        </w:tc>
        <w:tc>
          <w:tcPr>
            <w:tcW w:w="2511" w:type="dxa"/>
            <w:vAlign w:val="center"/>
          </w:tcPr>
          <w:p w:rsidR="004E3D6B" w:rsidRDefault="004E3D6B" w:rsidP="00D5054B"/>
        </w:tc>
      </w:tr>
      <w:tr w:rsidR="000356B0" w:rsidTr="004E3D6B">
        <w:trPr>
          <w:trHeight w:val="427"/>
        </w:trPr>
        <w:tc>
          <w:tcPr>
            <w:tcW w:w="2235" w:type="dxa"/>
            <w:vAlign w:val="center"/>
          </w:tcPr>
          <w:p w:rsidR="000356B0" w:rsidRDefault="00AB4E51" w:rsidP="00D5054B">
            <w:r>
              <w:t>申出区分</w:t>
            </w:r>
          </w:p>
        </w:tc>
        <w:tc>
          <w:tcPr>
            <w:tcW w:w="6621" w:type="dxa"/>
            <w:gridSpan w:val="3"/>
            <w:vAlign w:val="center"/>
          </w:tcPr>
          <w:p w:rsidR="000356B0" w:rsidRDefault="00AB4E51" w:rsidP="00D5054B">
            <w:r>
              <w:t>□ 新規掲載　　　□ 登録内容の変更</w:t>
            </w:r>
          </w:p>
        </w:tc>
      </w:tr>
    </w:tbl>
    <w:p w:rsidR="000C0751" w:rsidRDefault="000C0751" w:rsidP="000C0751">
      <w:pPr>
        <w:spacing w:after="0" w:line="240" w:lineRule="auto"/>
        <w:ind w:leftChars="-67" w:left="-141" w:firstLineChars="100" w:firstLine="210"/>
        <w:rPr>
          <w:lang w:eastAsia="ja-JP"/>
        </w:rPr>
      </w:pPr>
    </w:p>
    <w:p w:rsidR="000356B0" w:rsidRDefault="00C92037" w:rsidP="000C0751">
      <w:pPr>
        <w:spacing w:after="0" w:line="240" w:lineRule="auto"/>
        <w:ind w:leftChars="-67" w:left="-141" w:firstLineChars="100" w:firstLine="210"/>
      </w:pPr>
      <w:r>
        <w:rPr>
          <w:rFonts w:hint="eastAsia"/>
          <w:lang w:eastAsia="ja-JP"/>
        </w:rPr>
        <w:t>軽米</w:t>
      </w:r>
      <w:r w:rsidR="00AB4E51">
        <w:t>町民間賃貸住宅等情報提供事業実施要綱の趣旨及び下記同意事項に同意の上、以下のとおり</w:t>
      </w:r>
      <w:r w:rsidR="00203222">
        <w:t>物件情報等</w:t>
      </w:r>
      <w:r w:rsidR="00AB4E51">
        <w:t>の掲載を申し出ます。</w:t>
      </w:r>
    </w:p>
    <w:p w:rsidR="000C0751" w:rsidRDefault="000C0751" w:rsidP="000C0751">
      <w:pPr>
        <w:spacing w:after="0" w:line="240" w:lineRule="auto"/>
        <w:ind w:leftChars="-67" w:left="-141" w:firstLineChars="100" w:firstLine="210"/>
      </w:pPr>
    </w:p>
    <w:p w:rsidR="000356B0" w:rsidRPr="000C0751" w:rsidRDefault="00AB4E51" w:rsidP="000C0751">
      <w:pPr>
        <w:spacing w:after="0" w:line="240" w:lineRule="auto"/>
        <w:rPr>
          <w:b/>
          <w:sz w:val="22"/>
        </w:rPr>
      </w:pPr>
      <w:r w:rsidRPr="000C0751">
        <w:rPr>
          <w:b/>
          <w:sz w:val="22"/>
        </w:rPr>
        <w:t>【掲載情報】</w:t>
      </w:r>
      <w:r w:rsidRPr="00080884">
        <w:rPr>
          <w:b/>
          <w:sz w:val="18"/>
        </w:rPr>
        <w:t>（※ホームページにそのまま公開され</w:t>
      </w:r>
      <w:r w:rsidR="00080884">
        <w:rPr>
          <w:rFonts w:hint="eastAsia"/>
          <w:b/>
          <w:sz w:val="18"/>
          <w:lang w:eastAsia="ja-JP"/>
        </w:rPr>
        <w:t>ます</w:t>
      </w:r>
      <w:r w:rsidR="00080884" w:rsidRPr="00080884">
        <w:rPr>
          <w:rFonts w:hint="eastAsia"/>
          <w:b/>
          <w:sz w:val="18"/>
          <w:lang w:eastAsia="ja-JP"/>
        </w:rPr>
        <w:t>。２件目以降は別紙に記載してください</w:t>
      </w:r>
      <w:r w:rsidRPr="00080884">
        <w:rPr>
          <w:b/>
          <w:sz w:val="18"/>
        </w:rPr>
        <w:t>）</w:t>
      </w:r>
    </w:p>
    <w:tbl>
      <w:tblPr>
        <w:tblStyle w:val="afe"/>
        <w:tblW w:w="0" w:type="auto"/>
        <w:tblLook w:val="04A0" w:firstRow="1" w:lastRow="0" w:firstColumn="1" w:lastColumn="0" w:noHBand="0" w:noVBand="1"/>
      </w:tblPr>
      <w:tblGrid>
        <w:gridCol w:w="505"/>
        <w:gridCol w:w="2764"/>
        <w:gridCol w:w="5361"/>
      </w:tblGrid>
      <w:tr w:rsidR="00203222" w:rsidTr="00CB0FD4">
        <w:trPr>
          <w:trHeight w:val="740"/>
        </w:trPr>
        <w:tc>
          <w:tcPr>
            <w:tcW w:w="505" w:type="dxa"/>
            <w:vMerge w:val="restart"/>
            <w:textDirection w:val="tbRlV"/>
          </w:tcPr>
          <w:p w:rsidR="00203222" w:rsidRDefault="00203222" w:rsidP="00203222">
            <w:pPr>
              <w:ind w:left="113" w:right="113"/>
              <w:jc w:val="center"/>
            </w:pPr>
            <w:r>
              <w:rPr>
                <w:rFonts w:hint="eastAsia"/>
                <w:lang w:eastAsia="ja-JP"/>
              </w:rPr>
              <w:t>物件情報</w:t>
            </w:r>
          </w:p>
        </w:tc>
        <w:tc>
          <w:tcPr>
            <w:tcW w:w="2864" w:type="dxa"/>
            <w:vAlign w:val="center"/>
          </w:tcPr>
          <w:p w:rsidR="00203222" w:rsidRDefault="00203222" w:rsidP="00203222">
            <w:pPr>
              <w:jc w:val="both"/>
            </w:pPr>
            <w:r>
              <w:t>物件の名称</w:t>
            </w:r>
          </w:p>
          <w:p w:rsidR="00203222" w:rsidRDefault="00203222" w:rsidP="00203222">
            <w:pPr>
              <w:jc w:val="both"/>
            </w:pPr>
            <w:r w:rsidRPr="000C0751">
              <w:rPr>
                <w:rFonts w:hint="eastAsia"/>
                <w:sz w:val="18"/>
                <w:lang w:eastAsia="ja-JP"/>
              </w:rPr>
              <w:t>（アパート名など）</w:t>
            </w:r>
          </w:p>
        </w:tc>
        <w:tc>
          <w:tcPr>
            <w:tcW w:w="5487" w:type="dxa"/>
            <w:vAlign w:val="center"/>
          </w:tcPr>
          <w:p w:rsidR="00203222" w:rsidRDefault="00203222" w:rsidP="00203222">
            <w:pPr>
              <w:jc w:val="both"/>
            </w:pPr>
          </w:p>
        </w:tc>
      </w:tr>
      <w:tr w:rsidR="004E3D6B" w:rsidTr="00124527">
        <w:trPr>
          <w:trHeight w:val="667"/>
        </w:trPr>
        <w:tc>
          <w:tcPr>
            <w:tcW w:w="505" w:type="dxa"/>
            <w:vMerge/>
            <w:textDirection w:val="tbRlV"/>
          </w:tcPr>
          <w:p w:rsidR="004E3D6B" w:rsidRDefault="004E3D6B" w:rsidP="004E3D6B">
            <w:pPr>
              <w:ind w:left="113" w:right="113"/>
              <w:jc w:val="center"/>
            </w:pPr>
          </w:p>
        </w:tc>
        <w:tc>
          <w:tcPr>
            <w:tcW w:w="2864" w:type="dxa"/>
            <w:vAlign w:val="center"/>
          </w:tcPr>
          <w:p w:rsidR="004E3D6B" w:rsidRDefault="004E3D6B" w:rsidP="004E3D6B">
            <w:r>
              <w:t>物件の所在地</w:t>
            </w:r>
            <w:r>
              <w:br/>
            </w:r>
            <w:r w:rsidRPr="000C0751">
              <w:rPr>
                <w:sz w:val="18"/>
              </w:rPr>
              <w:t>（公開希望範囲）</w:t>
            </w:r>
          </w:p>
        </w:tc>
        <w:tc>
          <w:tcPr>
            <w:tcW w:w="5487" w:type="dxa"/>
            <w:vAlign w:val="center"/>
          </w:tcPr>
          <w:p w:rsidR="004E3D6B" w:rsidRDefault="004E3D6B" w:rsidP="004E3D6B">
            <w:r>
              <w:rPr>
                <w:rFonts w:hint="eastAsia"/>
                <w:lang w:eastAsia="ja-JP"/>
              </w:rPr>
              <w:t>軽米</w:t>
            </w:r>
            <w:r>
              <w:t>町</w:t>
            </w:r>
            <w:r>
              <w:rPr>
                <w:rFonts w:hint="eastAsia"/>
                <w:lang w:eastAsia="ja-JP"/>
              </w:rPr>
              <w:t>大字</w:t>
            </w:r>
            <w:r>
              <w:br/>
            </w:r>
            <w:r w:rsidRPr="00203222">
              <w:rPr>
                <w:sz w:val="16"/>
              </w:rPr>
              <w:t>（</w:t>
            </w:r>
            <w:r>
              <w:rPr>
                <w:rFonts w:hint="eastAsia"/>
                <w:sz w:val="16"/>
                <w:lang w:eastAsia="ja-JP"/>
              </w:rPr>
              <w:t xml:space="preserve">公開希望範囲　□番地まで　□地割まで　□大字まで　□その他　</w:t>
            </w:r>
            <w:r w:rsidRPr="00203222">
              <w:rPr>
                <w:sz w:val="16"/>
              </w:rPr>
              <w:t>）</w:t>
            </w:r>
          </w:p>
        </w:tc>
      </w:tr>
      <w:tr w:rsidR="00203222" w:rsidTr="00124527">
        <w:trPr>
          <w:trHeight w:val="804"/>
        </w:trPr>
        <w:tc>
          <w:tcPr>
            <w:tcW w:w="505" w:type="dxa"/>
            <w:vMerge/>
            <w:textDirection w:val="tbRlV"/>
          </w:tcPr>
          <w:p w:rsidR="00203222" w:rsidRDefault="00203222" w:rsidP="00203222">
            <w:pPr>
              <w:ind w:left="113" w:right="113"/>
              <w:jc w:val="center"/>
            </w:pPr>
          </w:p>
        </w:tc>
        <w:tc>
          <w:tcPr>
            <w:tcW w:w="2864" w:type="dxa"/>
            <w:vAlign w:val="center"/>
          </w:tcPr>
          <w:p w:rsidR="00203222" w:rsidRDefault="00203222" w:rsidP="00203222">
            <w:pPr>
              <w:jc w:val="both"/>
            </w:pPr>
            <w:r>
              <w:t>物件の種別</w:t>
            </w:r>
          </w:p>
        </w:tc>
        <w:tc>
          <w:tcPr>
            <w:tcW w:w="5487" w:type="dxa"/>
            <w:vAlign w:val="center"/>
          </w:tcPr>
          <w:p w:rsidR="00CB0FD4" w:rsidRDefault="00203222" w:rsidP="00203222">
            <w:pPr>
              <w:jc w:val="both"/>
              <w:rPr>
                <w:lang w:eastAsia="ja-JP"/>
              </w:rPr>
            </w:pPr>
            <w:r>
              <w:t>□ アパート</w:t>
            </w:r>
            <w:r w:rsidR="00CB0FD4">
              <w:rPr>
                <w:rFonts w:hint="eastAsia"/>
                <w:lang w:eastAsia="ja-JP"/>
              </w:rPr>
              <w:t>（</w:t>
            </w:r>
            <w:r w:rsidR="00124527">
              <w:rPr>
                <w:rFonts w:hint="eastAsia"/>
                <w:lang w:eastAsia="ja-JP"/>
              </w:rPr>
              <w:t>総</w:t>
            </w:r>
            <w:r w:rsidR="00CB0FD4">
              <w:rPr>
                <w:rFonts w:hint="eastAsia"/>
                <w:lang w:eastAsia="ja-JP"/>
              </w:rPr>
              <w:t xml:space="preserve">戸数　　　</w:t>
            </w:r>
            <w:r w:rsidR="00124527">
              <w:rPr>
                <w:rFonts w:hint="eastAsia"/>
                <w:lang w:eastAsia="ja-JP"/>
              </w:rPr>
              <w:t>戸</w:t>
            </w:r>
            <w:r w:rsidR="00CB0FD4">
              <w:rPr>
                <w:rFonts w:hint="eastAsia"/>
                <w:lang w:eastAsia="ja-JP"/>
              </w:rPr>
              <w:t>）</w:t>
            </w:r>
          </w:p>
          <w:p w:rsidR="00203222" w:rsidRDefault="00203222" w:rsidP="00203222">
            <w:pPr>
              <w:jc w:val="both"/>
            </w:pPr>
            <w:r>
              <w:t>□ 貸家</w:t>
            </w:r>
            <w:r w:rsidR="00124527">
              <w:rPr>
                <w:rFonts w:hint="eastAsia"/>
                <w:lang w:eastAsia="ja-JP"/>
              </w:rPr>
              <w:t>・</w:t>
            </w:r>
            <w:r>
              <w:t>一戸建て</w:t>
            </w:r>
          </w:p>
          <w:p w:rsidR="00203222" w:rsidRDefault="00203222" w:rsidP="00203222">
            <w:pPr>
              <w:jc w:val="both"/>
            </w:pPr>
            <w:r>
              <w:t xml:space="preserve">□ その他（　　</w:t>
            </w:r>
            <w:r w:rsidR="00124527">
              <w:rPr>
                <w:rFonts w:hint="eastAsia"/>
                <w:lang w:eastAsia="ja-JP"/>
              </w:rPr>
              <w:t xml:space="preserve">　　　　　　</w:t>
            </w:r>
            <w:r>
              <w:t xml:space="preserve">　　）</w:t>
            </w:r>
          </w:p>
        </w:tc>
      </w:tr>
      <w:tr w:rsidR="00203222" w:rsidTr="00CB0FD4">
        <w:trPr>
          <w:trHeight w:val="658"/>
        </w:trPr>
        <w:tc>
          <w:tcPr>
            <w:tcW w:w="505" w:type="dxa"/>
            <w:vMerge/>
            <w:textDirection w:val="tbRlV"/>
          </w:tcPr>
          <w:p w:rsidR="00203222" w:rsidRDefault="00203222" w:rsidP="00203222">
            <w:pPr>
              <w:ind w:left="113" w:right="113"/>
              <w:jc w:val="center"/>
            </w:pPr>
          </w:p>
        </w:tc>
        <w:tc>
          <w:tcPr>
            <w:tcW w:w="2864" w:type="dxa"/>
            <w:vAlign w:val="center"/>
          </w:tcPr>
          <w:p w:rsidR="000C0751" w:rsidRDefault="00203222" w:rsidP="000C0751">
            <w:pPr>
              <w:jc w:val="both"/>
            </w:pPr>
            <w:r>
              <w:t>間取り</w:t>
            </w:r>
          </w:p>
          <w:p w:rsidR="000C0751" w:rsidRDefault="000C0751" w:rsidP="000C0751">
            <w:pPr>
              <w:jc w:val="both"/>
            </w:pPr>
            <w:r w:rsidRPr="00203222">
              <w:rPr>
                <w:sz w:val="18"/>
              </w:rPr>
              <w:t>（２LDK、和室６・洋室６・DK など）</w:t>
            </w:r>
          </w:p>
        </w:tc>
        <w:tc>
          <w:tcPr>
            <w:tcW w:w="5487" w:type="dxa"/>
            <w:vAlign w:val="center"/>
          </w:tcPr>
          <w:p w:rsidR="00203222" w:rsidRDefault="00203222" w:rsidP="00203222">
            <w:pPr>
              <w:jc w:val="both"/>
            </w:pPr>
          </w:p>
          <w:p w:rsidR="00203222" w:rsidRDefault="00203222" w:rsidP="00203222">
            <w:pPr>
              <w:jc w:val="both"/>
            </w:pPr>
          </w:p>
        </w:tc>
      </w:tr>
      <w:tr w:rsidR="00203222" w:rsidTr="00124527">
        <w:trPr>
          <w:trHeight w:val="503"/>
        </w:trPr>
        <w:tc>
          <w:tcPr>
            <w:tcW w:w="505" w:type="dxa"/>
            <w:vMerge/>
            <w:textDirection w:val="tbRlV"/>
          </w:tcPr>
          <w:p w:rsidR="00203222" w:rsidRDefault="00203222" w:rsidP="00203222">
            <w:pPr>
              <w:ind w:left="113" w:right="113"/>
              <w:jc w:val="center"/>
            </w:pPr>
          </w:p>
        </w:tc>
        <w:tc>
          <w:tcPr>
            <w:tcW w:w="2864" w:type="dxa"/>
            <w:vAlign w:val="center"/>
          </w:tcPr>
          <w:p w:rsidR="000C0751" w:rsidRDefault="00203222" w:rsidP="000C0751">
            <w:pPr>
              <w:jc w:val="both"/>
              <w:rPr>
                <w:lang w:eastAsia="ja-JP"/>
              </w:rPr>
            </w:pPr>
            <w:r>
              <w:rPr>
                <w:rFonts w:hint="eastAsia"/>
                <w:lang w:eastAsia="ja-JP"/>
              </w:rPr>
              <w:t>その他連絡事項</w:t>
            </w:r>
          </w:p>
          <w:p w:rsidR="000C0751" w:rsidRPr="000C0751" w:rsidRDefault="000C0751" w:rsidP="000C0751">
            <w:pPr>
              <w:jc w:val="both"/>
              <w:rPr>
                <w:sz w:val="18"/>
              </w:rPr>
            </w:pPr>
            <w:r w:rsidRPr="00203222">
              <w:rPr>
                <w:sz w:val="18"/>
              </w:rPr>
              <w:t>（</w:t>
            </w:r>
            <w:r>
              <w:rPr>
                <w:rFonts w:hint="eastAsia"/>
                <w:sz w:val="18"/>
                <w:lang w:eastAsia="ja-JP"/>
              </w:rPr>
              <w:t>駐車場２台、ペット可</w:t>
            </w:r>
            <w:r w:rsidRPr="00203222">
              <w:rPr>
                <w:sz w:val="18"/>
              </w:rPr>
              <w:t>など）</w:t>
            </w:r>
          </w:p>
        </w:tc>
        <w:tc>
          <w:tcPr>
            <w:tcW w:w="5487" w:type="dxa"/>
            <w:vAlign w:val="center"/>
          </w:tcPr>
          <w:p w:rsidR="000C0751" w:rsidRDefault="000C0751" w:rsidP="000C0751">
            <w:pPr>
              <w:jc w:val="both"/>
            </w:pPr>
          </w:p>
        </w:tc>
      </w:tr>
      <w:tr w:rsidR="00203222" w:rsidTr="00124527">
        <w:trPr>
          <w:trHeight w:val="626"/>
        </w:trPr>
        <w:tc>
          <w:tcPr>
            <w:tcW w:w="505" w:type="dxa"/>
            <w:vMerge w:val="restart"/>
            <w:textDirection w:val="tbRlV"/>
          </w:tcPr>
          <w:p w:rsidR="00203222" w:rsidRDefault="00203222" w:rsidP="00203222">
            <w:pPr>
              <w:ind w:left="113" w:right="113"/>
              <w:jc w:val="center"/>
            </w:pPr>
            <w:r>
              <w:rPr>
                <w:rFonts w:hint="eastAsia"/>
                <w:lang w:eastAsia="ja-JP"/>
              </w:rPr>
              <w:t>連絡先情報</w:t>
            </w:r>
          </w:p>
        </w:tc>
        <w:tc>
          <w:tcPr>
            <w:tcW w:w="2864" w:type="dxa"/>
            <w:vAlign w:val="center"/>
          </w:tcPr>
          <w:p w:rsidR="00203222" w:rsidRDefault="00203222" w:rsidP="00124527">
            <w:r>
              <w:t>公開する名称</w:t>
            </w:r>
            <w:r>
              <w:br/>
            </w:r>
            <w:r w:rsidRPr="00124527">
              <w:rPr>
                <w:sz w:val="18"/>
              </w:rPr>
              <w:t>（氏名又は屋号）</w:t>
            </w:r>
          </w:p>
        </w:tc>
        <w:tc>
          <w:tcPr>
            <w:tcW w:w="5487" w:type="dxa"/>
          </w:tcPr>
          <w:p w:rsidR="00203222" w:rsidRDefault="00203222"/>
        </w:tc>
      </w:tr>
      <w:tr w:rsidR="00203222" w:rsidTr="00124527">
        <w:trPr>
          <w:trHeight w:val="687"/>
        </w:trPr>
        <w:tc>
          <w:tcPr>
            <w:tcW w:w="505" w:type="dxa"/>
            <w:vMerge/>
          </w:tcPr>
          <w:p w:rsidR="00203222" w:rsidRDefault="00203222"/>
        </w:tc>
        <w:tc>
          <w:tcPr>
            <w:tcW w:w="2864" w:type="dxa"/>
            <w:vAlign w:val="center"/>
          </w:tcPr>
          <w:p w:rsidR="00203222" w:rsidRDefault="00203222" w:rsidP="00124527">
            <w:r>
              <w:t>公開する電話番号</w:t>
            </w:r>
            <w:r>
              <w:rPr>
                <w:rFonts w:hint="eastAsia"/>
                <w:lang w:eastAsia="ja-JP"/>
              </w:rPr>
              <w:t>等</w:t>
            </w:r>
            <w:r>
              <w:br/>
            </w:r>
            <w:r w:rsidRPr="00124527">
              <w:rPr>
                <w:sz w:val="18"/>
              </w:rPr>
              <w:t>（入居希望者からの連絡先）</w:t>
            </w:r>
          </w:p>
        </w:tc>
        <w:tc>
          <w:tcPr>
            <w:tcW w:w="5487" w:type="dxa"/>
          </w:tcPr>
          <w:p w:rsidR="00203222" w:rsidRDefault="00203222"/>
        </w:tc>
      </w:tr>
    </w:tbl>
    <w:p w:rsidR="004E3D6B" w:rsidRDefault="004E3D6B" w:rsidP="00124527">
      <w:pPr>
        <w:spacing w:after="0" w:line="240" w:lineRule="auto"/>
        <w:rPr>
          <w:lang w:eastAsia="ja-JP"/>
        </w:rPr>
      </w:pPr>
      <w:r>
        <w:rPr>
          <w:rFonts w:hint="eastAsia"/>
          <w:lang w:eastAsia="ja-JP"/>
        </w:rPr>
        <w:t>【添付書類】申出者の本人確認書類の写し（運転免許証、マイナンバーカード等）</w:t>
      </w:r>
    </w:p>
    <w:p w:rsidR="004E3D6B" w:rsidRDefault="004E3D6B" w:rsidP="004E3D6B">
      <w:pPr>
        <w:spacing w:after="0" w:line="240" w:lineRule="auto"/>
        <w:ind w:firstLineChars="600" w:firstLine="1260"/>
      </w:pPr>
      <w:r>
        <w:rPr>
          <w:rFonts w:hint="eastAsia"/>
          <w:lang w:eastAsia="ja-JP"/>
        </w:rPr>
        <w:t>物件の外観写真（電子メール等による提出可）</w:t>
      </w:r>
    </w:p>
    <w:p w:rsidR="004E3D6B" w:rsidRDefault="004E3D6B" w:rsidP="00124527">
      <w:pPr>
        <w:spacing w:afterLines="50" w:after="120" w:line="240" w:lineRule="auto"/>
      </w:pPr>
    </w:p>
    <w:p w:rsidR="000356B0" w:rsidRDefault="00AB4E51" w:rsidP="00124527">
      <w:pPr>
        <w:spacing w:afterLines="50" w:after="120" w:line="240" w:lineRule="auto"/>
      </w:pPr>
      <w:r>
        <w:t>【同意・誓約事項】</w:t>
      </w:r>
    </w:p>
    <w:p w:rsidR="000356B0" w:rsidRPr="00245054" w:rsidRDefault="00D055B9" w:rsidP="00245054">
      <w:pPr>
        <w:spacing w:after="0" w:line="240" w:lineRule="auto"/>
        <w:ind w:left="200" w:hangingChars="100" w:hanging="200"/>
        <w:rPr>
          <w:sz w:val="20"/>
        </w:rPr>
      </w:pPr>
      <w:r>
        <w:rPr>
          <w:rFonts w:hint="eastAsia"/>
          <w:sz w:val="20"/>
          <w:lang w:eastAsia="ja-JP"/>
        </w:rPr>
        <w:t>■</w:t>
      </w:r>
      <w:r w:rsidR="00AB4E51" w:rsidRPr="00245054">
        <w:rPr>
          <w:sz w:val="20"/>
        </w:rPr>
        <w:t xml:space="preserve"> 私（当法人）は、上記の「掲載情報」欄に記載した物件情報及び連絡先等の情報が、町のホームページ等で一般に公開されることに同意します。</w:t>
      </w:r>
    </w:p>
    <w:p w:rsidR="000356B0" w:rsidRPr="00245054" w:rsidRDefault="00D055B9" w:rsidP="00245054">
      <w:pPr>
        <w:spacing w:after="0" w:line="240" w:lineRule="auto"/>
        <w:ind w:left="200" w:hangingChars="100" w:hanging="200"/>
        <w:rPr>
          <w:sz w:val="20"/>
        </w:rPr>
      </w:pPr>
      <w:r>
        <w:rPr>
          <w:rFonts w:hint="eastAsia"/>
          <w:sz w:val="20"/>
          <w:lang w:eastAsia="ja-JP"/>
        </w:rPr>
        <w:t>■</w:t>
      </w:r>
      <w:r w:rsidR="00AB4E51" w:rsidRPr="00245054">
        <w:rPr>
          <w:sz w:val="20"/>
        </w:rPr>
        <w:t xml:space="preserve"> 町は情報の提供のみを行い、物件の空き状況の確認、交渉、契約等の仲介に一切関与しないことを承諾します。</w:t>
      </w:r>
    </w:p>
    <w:p w:rsidR="000356B0" w:rsidRPr="00245054" w:rsidRDefault="00D055B9" w:rsidP="00245054">
      <w:pPr>
        <w:spacing w:after="0" w:line="240" w:lineRule="auto"/>
        <w:rPr>
          <w:sz w:val="20"/>
        </w:rPr>
      </w:pPr>
      <w:r>
        <w:rPr>
          <w:rFonts w:hint="eastAsia"/>
          <w:sz w:val="20"/>
          <w:lang w:eastAsia="ja-JP"/>
        </w:rPr>
        <w:t>■</w:t>
      </w:r>
      <w:r w:rsidR="00AB4E51" w:rsidRPr="00245054">
        <w:rPr>
          <w:sz w:val="20"/>
        </w:rPr>
        <w:t xml:space="preserve"> 入居希望者との交渉・契約に関するトラブル等について、町に一切の責任を追及しません。</w:t>
      </w:r>
    </w:p>
    <w:p w:rsidR="000356B0" w:rsidRPr="00245054" w:rsidRDefault="00D055B9" w:rsidP="00245054">
      <w:pPr>
        <w:spacing w:after="0" w:line="240" w:lineRule="auto"/>
        <w:ind w:left="200" w:hangingChars="100" w:hanging="200"/>
        <w:rPr>
          <w:sz w:val="20"/>
        </w:rPr>
      </w:pPr>
      <w:r>
        <w:rPr>
          <w:rFonts w:hint="eastAsia"/>
          <w:sz w:val="20"/>
          <w:lang w:eastAsia="ja-JP"/>
        </w:rPr>
        <w:t>■</w:t>
      </w:r>
      <w:r w:rsidR="00AB4E51" w:rsidRPr="00245054">
        <w:rPr>
          <w:sz w:val="20"/>
        </w:rPr>
        <w:t xml:space="preserve"> 暴力団員による不当な行為の防止等に関する法律に規定する暴力団又は暴力団員等ではありません。</w:t>
      </w:r>
    </w:p>
    <w:p w:rsidR="00124527" w:rsidRDefault="00D055B9" w:rsidP="00C9541F">
      <w:pPr>
        <w:spacing w:after="0" w:line="240" w:lineRule="auto"/>
        <w:rPr>
          <w:lang w:eastAsia="ja-JP"/>
        </w:rPr>
      </w:pPr>
      <w:r>
        <w:rPr>
          <w:rFonts w:hint="eastAsia"/>
          <w:sz w:val="20"/>
          <w:lang w:eastAsia="ja-JP"/>
        </w:rPr>
        <w:t>■</w:t>
      </w:r>
      <w:r w:rsidR="00AB4E51" w:rsidRPr="00245054">
        <w:rPr>
          <w:sz w:val="20"/>
        </w:rPr>
        <w:t xml:space="preserve"> 町税等の滞納はありません。</w:t>
      </w:r>
      <w:r w:rsidR="00245054">
        <w:rPr>
          <w:rFonts w:hint="eastAsia"/>
          <w:sz w:val="20"/>
          <w:lang w:eastAsia="ja-JP"/>
        </w:rPr>
        <w:t>また担当課が行う納税状況調査に同意します。</w:t>
      </w:r>
    </w:p>
    <w:p w:rsidR="004E3D6B" w:rsidRDefault="004E3D6B">
      <w:pPr>
        <w:rPr>
          <w:lang w:eastAsia="ja-JP"/>
        </w:rPr>
      </w:pPr>
      <w:r>
        <w:rPr>
          <w:lang w:eastAsia="ja-JP"/>
        </w:rPr>
        <w:br w:type="page"/>
      </w:r>
    </w:p>
    <w:p w:rsidR="00CB0FD4" w:rsidRDefault="00CB0FD4" w:rsidP="004E3D6B">
      <w:pPr>
        <w:spacing w:after="0" w:line="240" w:lineRule="auto"/>
        <w:ind w:firstLineChars="100" w:firstLine="210"/>
      </w:pPr>
      <w:r>
        <w:rPr>
          <w:rFonts w:hint="eastAsia"/>
          <w:lang w:eastAsia="ja-JP"/>
        </w:rPr>
        <w:lastRenderedPageBreak/>
        <w:t>別紙</w:t>
      </w:r>
    </w:p>
    <w:p w:rsidR="00CB0FD4" w:rsidRDefault="00CB0FD4" w:rsidP="00CB0FD4">
      <w:pPr>
        <w:spacing w:after="0" w:line="240" w:lineRule="auto"/>
        <w:rPr>
          <w:b/>
          <w:sz w:val="22"/>
        </w:rPr>
      </w:pPr>
    </w:p>
    <w:p w:rsidR="00CB0FD4" w:rsidRPr="000C0751" w:rsidRDefault="00CB0FD4" w:rsidP="00CB0FD4">
      <w:pPr>
        <w:spacing w:after="0" w:line="240" w:lineRule="auto"/>
        <w:rPr>
          <w:b/>
          <w:sz w:val="22"/>
        </w:rPr>
      </w:pPr>
      <w:r w:rsidRPr="000C0751">
        <w:rPr>
          <w:b/>
          <w:sz w:val="22"/>
        </w:rPr>
        <w:t>【掲載情報】</w:t>
      </w:r>
      <w:r>
        <w:rPr>
          <w:rFonts w:hint="eastAsia"/>
          <w:b/>
          <w:sz w:val="22"/>
          <w:lang w:eastAsia="ja-JP"/>
        </w:rPr>
        <w:t>２件目以降</w:t>
      </w:r>
      <w:r w:rsidR="00080884">
        <w:rPr>
          <w:rFonts w:hint="eastAsia"/>
          <w:b/>
          <w:sz w:val="22"/>
          <w:lang w:eastAsia="ja-JP"/>
        </w:rPr>
        <w:t>記載用</w:t>
      </w:r>
    </w:p>
    <w:tbl>
      <w:tblPr>
        <w:tblStyle w:val="afe"/>
        <w:tblW w:w="0" w:type="auto"/>
        <w:tblLook w:val="04A0" w:firstRow="1" w:lastRow="0" w:firstColumn="1" w:lastColumn="0" w:noHBand="0" w:noVBand="1"/>
      </w:tblPr>
      <w:tblGrid>
        <w:gridCol w:w="505"/>
        <w:gridCol w:w="2764"/>
        <w:gridCol w:w="5361"/>
      </w:tblGrid>
      <w:tr w:rsidR="00124527" w:rsidTr="00CB0FD4">
        <w:trPr>
          <w:trHeight w:val="740"/>
        </w:trPr>
        <w:tc>
          <w:tcPr>
            <w:tcW w:w="505" w:type="dxa"/>
            <w:vMerge w:val="restart"/>
            <w:textDirection w:val="tbRlV"/>
          </w:tcPr>
          <w:p w:rsidR="00124527" w:rsidRDefault="00124527" w:rsidP="00124527">
            <w:pPr>
              <w:ind w:left="113" w:right="113"/>
              <w:jc w:val="center"/>
            </w:pPr>
            <w:r>
              <w:rPr>
                <w:rFonts w:hint="eastAsia"/>
                <w:lang w:eastAsia="ja-JP"/>
              </w:rPr>
              <w:t>物件情報②</w:t>
            </w:r>
          </w:p>
        </w:tc>
        <w:tc>
          <w:tcPr>
            <w:tcW w:w="2864" w:type="dxa"/>
            <w:vAlign w:val="center"/>
          </w:tcPr>
          <w:p w:rsidR="00124527" w:rsidRDefault="00124527" w:rsidP="00124527">
            <w:pPr>
              <w:jc w:val="both"/>
            </w:pPr>
            <w:r>
              <w:t>物件の名称</w:t>
            </w:r>
          </w:p>
          <w:p w:rsidR="00124527" w:rsidRDefault="00124527" w:rsidP="00124527">
            <w:pPr>
              <w:jc w:val="both"/>
            </w:pPr>
            <w:r w:rsidRPr="000C0751">
              <w:rPr>
                <w:rFonts w:hint="eastAsia"/>
                <w:sz w:val="18"/>
                <w:lang w:eastAsia="ja-JP"/>
              </w:rPr>
              <w:t>（アパート名など）</w:t>
            </w:r>
          </w:p>
        </w:tc>
        <w:tc>
          <w:tcPr>
            <w:tcW w:w="5487" w:type="dxa"/>
            <w:vAlign w:val="center"/>
          </w:tcPr>
          <w:p w:rsidR="00124527" w:rsidRDefault="00124527" w:rsidP="00124527">
            <w:pPr>
              <w:jc w:val="both"/>
            </w:pPr>
          </w:p>
        </w:tc>
      </w:tr>
      <w:tr w:rsidR="00124527" w:rsidTr="00CB0FD4">
        <w:trPr>
          <w:trHeight w:val="704"/>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r>
              <w:t>物件の所在地</w:t>
            </w:r>
            <w:r>
              <w:br/>
            </w:r>
            <w:r w:rsidRPr="000C0751">
              <w:rPr>
                <w:sz w:val="18"/>
              </w:rPr>
              <w:t>（公開希望範囲）</w:t>
            </w:r>
          </w:p>
        </w:tc>
        <w:tc>
          <w:tcPr>
            <w:tcW w:w="5487" w:type="dxa"/>
            <w:vAlign w:val="center"/>
          </w:tcPr>
          <w:p w:rsidR="00124527" w:rsidRDefault="00124527" w:rsidP="00124527">
            <w:r>
              <w:rPr>
                <w:rFonts w:hint="eastAsia"/>
                <w:lang w:eastAsia="ja-JP"/>
              </w:rPr>
              <w:t>軽米</w:t>
            </w:r>
            <w:r>
              <w:t>町</w:t>
            </w:r>
            <w:r>
              <w:rPr>
                <w:rFonts w:hint="eastAsia"/>
                <w:lang w:eastAsia="ja-JP"/>
              </w:rPr>
              <w:t>大字</w:t>
            </w:r>
            <w:r>
              <w:br/>
            </w:r>
            <w:r w:rsidRPr="00203222">
              <w:rPr>
                <w:sz w:val="16"/>
              </w:rPr>
              <w:t>（</w:t>
            </w:r>
            <w:r w:rsidR="004E3D6B">
              <w:rPr>
                <w:rFonts w:hint="eastAsia"/>
                <w:sz w:val="16"/>
                <w:lang w:eastAsia="ja-JP"/>
              </w:rPr>
              <w:t xml:space="preserve">公開希望範囲　□番地まで　□地割まで　□大字まで　□その他　</w:t>
            </w:r>
            <w:r w:rsidRPr="00203222">
              <w:rPr>
                <w:sz w:val="16"/>
              </w:rPr>
              <w:t>）</w:t>
            </w:r>
          </w:p>
        </w:tc>
      </w:tr>
      <w:tr w:rsidR="00124527" w:rsidTr="00CB0FD4">
        <w:trPr>
          <w:trHeight w:val="700"/>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pPr>
            <w:r>
              <w:t>物件の種別</w:t>
            </w:r>
          </w:p>
        </w:tc>
        <w:tc>
          <w:tcPr>
            <w:tcW w:w="5487" w:type="dxa"/>
            <w:vAlign w:val="center"/>
          </w:tcPr>
          <w:p w:rsidR="00124527" w:rsidRDefault="00124527" w:rsidP="00124527">
            <w:pPr>
              <w:jc w:val="both"/>
              <w:rPr>
                <w:lang w:eastAsia="ja-JP"/>
              </w:rPr>
            </w:pPr>
            <w:r>
              <w:t>□ アパート</w:t>
            </w:r>
            <w:r>
              <w:rPr>
                <w:rFonts w:hint="eastAsia"/>
                <w:lang w:eastAsia="ja-JP"/>
              </w:rPr>
              <w:t>（総戸数　　　戸）</w:t>
            </w:r>
          </w:p>
          <w:p w:rsidR="00124527" w:rsidRDefault="00124527" w:rsidP="00124527">
            <w:pPr>
              <w:jc w:val="both"/>
            </w:pPr>
            <w:r>
              <w:t>□ 貸家</w:t>
            </w:r>
            <w:r>
              <w:rPr>
                <w:rFonts w:hint="eastAsia"/>
                <w:lang w:eastAsia="ja-JP"/>
              </w:rPr>
              <w:t>・</w:t>
            </w:r>
            <w:r>
              <w:t>一戸建て</w:t>
            </w:r>
          </w:p>
          <w:p w:rsidR="00124527" w:rsidRDefault="00124527" w:rsidP="00124527">
            <w:pPr>
              <w:jc w:val="both"/>
            </w:pPr>
            <w:r>
              <w:t xml:space="preserve">□ その他（　　</w:t>
            </w:r>
            <w:r>
              <w:rPr>
                <w:rFonts w:hint="eastAsia"/>
                <w:lang w:eastAsia="ja-JP"/>
              </w:rPr>
              <w:t xml:space="preserve">　　　　　　</w:t>
            </w:r>
            <w:r>
              <w:t xml:space="preserve">　　）</w:t>
            </w:r>
          </w:p>
        </w:tc>
      </w:tr>
      <w:tr w:rsidR="00124527" w:rsidTr="00CB0FD4">
        <w:trPr>
          <w:trHeight w:val="658"/>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pPr>
            <w:r>
              <w:t>間取り</w:t>
            </w:r>
          </w:p>
          <w:p w:rsidR="00124527" w:rsidRDefault="00124527" w:rsidP="00124527">
            <w:pPr>
              <w:jc w:val="both"/>
            </w:pPr>
            <w:r w:rsidRPr="00203222">
              <w:rPr>
                <w:sz w:val="18"/>
              </w:rPr>
              <w:t>（２LDK、和室６・洋室６・DK など）</w:t>
            </w:r>
          </w:p>
        </w:tc>
        <w:tc>
          <w:tcPr>
            <w:tcW w:w="5487" w:type="dxa"/>
            <w:vAlign w:val="center"/>
          </w:tcPr>
          <w:p w:rsidR="00124527" w:rsidRDefault="00124527" w:rsidP="00124527">
            <w:pPr>
              <w:jc w:val="both"/>
            </w:pPr>
          </w:p>
          <w:p w:rsidR="00124527" w:rsidRDefault="00124527" w:rsidP="00124527">
            <w:pPr>
              <w:jc w:val="both"/>
            </w:pPr>
          </w:p>
        </w:tc>
      </w:tr>
      <w:tr w:rsidR="00124527" w:rsidTr="00CB0FD4">
        <w:trPr>
          <w:trHeight w:val="722"/>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rPr>
                <w:lang w:eastAsia="ja-JP"/>
              </w:rPr>
            </w:pPr>
            <w:r>
              <w:rPr>
                <w:rFonts w:hint="eastAsia"/>
                <w:lang w:eastAsia="ja-JP"/>
              </w:rPr>
              <w:t>その他連絡事項</w:t>
            </w:r>
          </w:p>
          <w:p w:rsidR="00124527" w:rsidRPr="000C0751" w:rsidRDefault="00124527" w:rsidP="00124527">
            <w:pPr>
              <w:jc w:val="both"/>
              <w:rPr>
                <w:sz w:val="18"/>
              </w:rPr>
            </w:pPr>
            <w:r w:rsidRPr="00203222">
              <w:rPr>
                <w:sz w:val="18"/>
              </w:rPr>
              <w:t>（</w:t>
            </w:r>
            <w:r>
              <w:rPr>
                <w:rFonts w:hint="eastAsia"/>
                <w:sz w:val="18"/>
                <w:lang w:eastAsia="ja-JP"/>
              </w:rPr>
              <w:t>駐車場２台、ペット可</w:t>
            </w:r>
            <w:r w:rsidRPr="00203222">
              <w:rPr>
                <w:sz w:val="18"/>
              </w:rPr>
              <w:t>など）</w:t>
            </w:r>
          </w:p>
        </w:tc>
        <w:tc>
          <w:tcPr>
            <w:tcW w:w="5487" w:type="dxa"/>
            <w:vAlign w:val="center"/>
          </w:tcPr>
          <w:p w:rsidR="00124527" w:rsidRDefault="00124527" w:rsidP="00124527">
            <w:pPr>
              <w:jc w:val="both"/>
            </w:pPr>
          </w:p>
        </w:tc>
      </w:tr>
      <w:tr w:rsidR="00124527" w:rsidTr="00E151F5">
        <w:trPr>
          <w:trHeight w:val="740"/>
        </w:trPr>
        <w:tc>
          <w:tcPr>
            <w:tcW w:w="505" w:type="dxa"/>
            <w:vMerge w:val="restart"/>
            <w:textDirection w:val="tbRlV"/>
          </w:tcPr>
          <w:p w:rsidR="00124527" w:rsidRDefault="00124527" w:rsidP="00124527">
            <w:pPr>
              <w:ind w:left="113" w:right="113"/>
              <w:jc w:val="center"/>
            </w:pPr>
            <w:r>
              <w:rPr>
                <w:rFonts w:hint="eastAsia"/>
                <w:lang w:eastAsia="ja-JP"/>
              </w:rPr>
              <w:t>物件情報③</w:t>
            </w:r>
          </w:p>
        </w:tc>
        <w:tc>
          <w:tcPr>
            <w:tcW w:w="2864" w:type="dxa"/>
            <w:vAlign w:val="center"/>
          </w:tcPr>
          <w:p w:rsidR="00124527" w:rsidRDefault="00124527" w:rsidP="00124527">
            <w:pPr>
              <w:jc w:val="both"/>
            </w:pPr>
            <w:r>
              <w:t>物件の名称</w:t>
            </w:r>
          </w:p>
          <w:p w:rsidR="00124527" w:rsidRDefault="00124527" w:rsidP="00124527">
            <w:pPr>
              <w:jc w:val="both"/>
            </w:pPr>
            <w:r w:rsidRPr="000C0751">
              <w:rPr>
                <w:rFonts w:hint="eastAsia"/>
                <w:sz w:val="18"/>
                <w:lang w:eastAsia="ja-JP"/>
              </w:rPr>
              <w:t>（アパート名など）</w:t>
            </w:r>
          </w:p>
        </w:tc>
        <w:tc>
          <w:tcPr>
            <w:tcW w:w="5487" w:type="dxa"/>
            <w:vAlign w:val="center"/>
          </w:tcPr>
          <w:p w:rsidR="00124527" w:rsidRDefault="00124527" w:rsidP="00124527">
            <w:pPr>
              <w:jc w:val="both"/>
            </w:pPr>
          </w:p>
          <w:p w:rsidR="00080884" w:rsidRDefault="00080884" w:rsidP="00124527">
            <w:pPr>
              <w:jc w:val="both"/>
            </w:pPr>
          </w:p>
        </w:tc>
      </w:tr>
      <w:tr w:rsidR="004E3D6B" w:rsidTr="00E151F5">
        <w:trPr>
          <w:trHeight w:val="704"/>
        </w:trPr>
        <w:tc>
          <w:tcPr>
            <w:tcW w:w="505" w:type="dxa"/>
            <w:vMerge/>
            <w:textDirection w:val="tbRlV"/>
          </w:tcPr>
          <w:p w:rsidR="004E3D6B" w:rsidRDefault="004E3D6B" w:rsidP="004E3D6B">
            <w:pPr>
              <w:ind w:left="113" w:right="113"/>
              <w:jc w:val="center"/>
            </w:pPr>
          </w:p>
        </w:tc>
        <w:tc>
          <w:tcPr>
            <w:tcW w:w="2864" w:type="dxa"/>
            <w:vAlign w:val="center"/>
          </w:tcPr>
          <w:p w:rsidR="004E3D6B" w:rsidRDefault="004E3D6B" w:rsidP="004E3D6B">
            <w:r>
              <w:t>物件の所在地</w:t>
            </w:r>
            <w:r>
              <w:br/>
            </w:r>
            <w:r w:rsidRPr="000C0751">
              <w:rPr>
                <w:sz w:val="18"/>
              </w:rPr>
              <w:t>（公開希望範囲）</w:t>
            </w:r>
          </w:p>
        </w:tc>
        <w:tc>
          <w:tcPr>
            <w:tcW w:w="5487" w:type="dxa"/>
            <w:vAlign w:val="center"/>
          </w:tcPr>
          <w:p w:rsidR="004E3D6B" w:rsidRDefault="004E3D6B" w:rsidP="004E3D6B">
            <w:r>
              <w:rPr>
                <w:rFonts w:hint="eastAsia"/>
                <w:lang w:eastAsia="ja-JP"/>
              </w:rPr>
              <w:t>軽米</w:t>
            </w:r>
            <w:r>
              <w:t>町</w:t>
            </w:r>
            <w:r>
              <w:rPr>
                <w:rFonts w:hint="eastAsia"/>
                <w:lang w:eastAsia="ja-JP"/>
              </w:rPr>
              <w:t>大字</w:t>
            </w:r>
            <w:r>
              <w:br/>
            </w:r>
            <w:r w:rsidRPr="00203222">
              <w:rPr>
                <w:sz w:val="16"/>
              </w:rPr>
              <w:t>（</w:t>
            </w:r>
            <w:r>
              <w:rPr>
                <w:rFonts w:hint="eastAsia"/>
                <w:sz w:val="16"/>
                <w:lang w:eastAsia="ja-JP"/>
              </w:rPr>
              <w:t xml:space="preserve">公開希望範囲　□番地まで　□地割まで　□大字まで　□その他　</w:t>
            </w:r>
            <w:r w:rsidRPr="00203222">
              <w:rPr>
                <w:sz w:val="16"/>
              </w:rPr>
              <w:t>）</w:t>
            </w:r>
          </w:p>
        </w:tc>
      </w:tr>
      <w:tr w:rsidR="00124527" w:rsidTr="00E151F5">
        <w:trPr>
          <w:trHeight w:val="700"/>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pPr>
            <w:r>
              <w:t>物件の種別</w:t>
            </w:r>
          </w:p>
        </w:tc>
        <w:tc>
          <w:tcPr>
            <w:tcW w:w="5487" w:type="dxa"/>
            <w:vAlign w:val="center"/>
          </w:tcPr>
          <w:p w:rsidR="00124527" w:rsidRDefault="00124527" w:rsidP="00124527">
            <w:pPr>
              <w:jc w:val="both"/>
              <w:rPr>
                <w:lang w:eastAsia="ja-JP"/>
              </w:rPr>
            </w:pPr>
            <w:r>
              <w:t>□ アパート</w:t>
            </w:r>
            <w:r>
              <w:rPr>
                <w:rFonts w:hint="eastAsia"/>
                <w:lang w:eastAsia="ja-JP"/>
              </w:rPr>
              <w:t>（総戸数　　　戸）</w:t>
            </w:r>
          </w:p>
          <w:p w:rsidR="00124527" w:rsidRDefault="00124527" w:rsidP="00124527">
            <w:pPr>
              <w:jc w:val="both"/>
            </w:pPr>
            <w:r>
              <w:t>□ 貸家</w:t>
            </w:r>
            <w:r>
              <w:rPr>
                <w:rFonts w:hint="eastAsia"/>
                <w:lang w:eastAsia="ja-JP"/>
              </w:rPr>
              <w:t>・</w:t>
            </w:r>
            <w:r>
              <w:t>一戸建て</w:t>
            </w:r>
          </w:p>
          <w:p w:rsidR="00124527" w:rsidRDefault="00124527" w:rsidP="00124527">
            <w:pPr>
              <w:jc w:val="both"/>
            </w:pPr>
            <w:r>
              <w:t xml:space="preserve">□ その他（　　</w:t>
            </w:r>
            <w:r>
              <w:rPr>
                <w:rFonts w:hint="eastAsia"/>
                <w:lang w:eastAsia="ja-JP"/>
              </w:rPr>
              <w:t xml:space="preserve">　　　　　　</w:t>
            </w:r>
            <w:r>
              <w:t xml:space="preserve">　　）</w:t>
            </w:r>
          </w:p>
        </w:tc>
      </w:tr>
      <w:tr w:rsidR="00124527" w:rsidTr="00E151F5">
        <w:trPr>
          <w:trHeight w:val="658"/>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pPr>
            <w:r>
              <w:t>間取り</w:t>
            </w:r>
          </w:p>
          <w:p w:rsidR="00124527" w:rsidRDefault="00124527" w:rsidP="00124527">
            <w:pPr>
              <w:jc w:val="both"/>
            </w:pPr>
            <w:r w:rsidRPr="00203222">
              <w:rPr>
                <w:sz w:val="18"/>
              </w:rPr>
              <w:t>（２LDK、和室６・洋室６・DK など）</w:t>
            </w:r>
          </w:p>
        </w:tc>
        <w:tc>
          <w:tcPr>
            <w:tcW w:w="5487" w:type="dxa"/>
            <w:vAlign w:val="center"/>
          </w:tcPr>
          <w:p w:rsidR="00124527" w:rsidRDefault="00124527" w:rsidP="00124527">
            <w:pPr>
              <w:jc w:val="both"/>
            </w:pPr>
          </w:p>
          <w:p w:rsidR="00124527" w:rsidRDefault="00124527" w:rsidP="00124527">
            <w:pPr>
              <w:jc w:val="both"/>
            </w:pPr>
          </w:p>
        </w:tc>
      </w:tr>
      <w:tr w:rsidR="00124527" w:rsidTr="00E151F5">
        <w:trPr>
          <w:trHeight w:val="722"/>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rPr>
                <w:lang w:eastAsia="ja-JP"/>
              </w:rPr>
            </w:pPr>
            <w:r>
              <w:rPr>
                <w:rFonts w:hint="eastAsia"/>
                <w:lang w:eastAsia="ja-JP"/>
              </w:rPr>
              <w:t>その他連絡事項</w:t>
            </w:r>
          </w:p>
          <w:p w:rsidR="00124527" w:rsidRPr="000C0751" w:rsidRDefault="00124527" w:rsidP="00124527">
            <w:pPr>
              <w:jc w:val="both"/>
              <w:rPr>
                <w:sz w:val="18"/>
              </w:rPr>
            </w:pPr>
            <w:r w:rsidRPr="00203222">
              <w:rPr>
                <w:sz w:val="18"/>
              </w:rPr>
              <w:t>（</w:t>
            </w:r>
            <w:r>
              <w:rPr>
                <w:rFonts w:hint="eastAsia"/>
                <w:sz w:val="18"/>
                <w:lang w:eastAsia="ja-JP"/>
              </w:rPr>
              <w:t>駐車場２台、ペット可</w:t>
            </w:r>
            <w:r w:rsidRPr="00203222">
              <w:rPr>
                <w:sz w:val="18"/>
              </w:rPr>
              <w:t>など）</w:t>
            </w:r>
          </w:p>
        </w:tc>
        <w:tc>
          <w:tcPr>
            <w:tcW w:w="5487" w:type="dxa"/>
            <w:vAlign w:val="center"/>
          </w:tcPr>
          <w:p w:rsidR="00124527" w:rsidRDefault="00124527" w:rsidP="00124527">
            <w:pPr>
              <w:jc w:val="both"/>
            </w:pPr>
          </w:p>
          <w:p w:rsidR="00080884" w:rsidRDefault="00080884" w:rsidP="00124527">
            <w:pPr>
              <w:jc w:val="both"/>
            </w:pPr>
          </w:p>
        </w:tc>
      </w:tr>
      <w:tr w:rsidR="00124527" w:rsidTr="00ED7D01">
        <w:trPr>
          <w:trHeight w:val="740"/>
        </w:trPr>
        <w:tc>
          <w:tcPr>
            <w:tcW w:w="505" w:type="dxa"/>
            <w:vMerge w:val="restart"/>
            <w:textDirection w:val="tbRlV"/>
          </w:tcPr>
          <w:p w:rsidR="00124527" w:rsidRDefault="00124527" w:rsidP="00124527">
            <w:pPr>
              <w:ind w:left="113" w:right="113"/>
              <w:jc w:val="center"/>
            </w:pPr>
            <w:r>
              <w:rPr>
                <w:rFonts w:hint="eastAsia"/>
                <w:lang w:eastAsia="ja-JP"/>
              </w:rPr>
              <w:t>物件情報④</w:t>
            </w:r>
          </w:p>
        </w:tc>
        <w:tc>
          <w:tcPr>
            <w:tcW w:w="2864" w:type="dxa"/>
            <w:vAlign w:val="center"/>
          </w:tcPr>
          <w:p w:rsidR="00124527" w:rsidRDefault="00124527" w:rsidP="00124527">
            <w:pPr>
              <w:jc w:val="both"/>
            </w:pPr>
            <w:r>
              <w:t>物件の名称</w:t>
            </w:r>
          </w:p>
          <w:p w:rsidR="00124527" w:rsidRDefault="00124527" w:rsidP="00124527">
            <w:pPr>
              <w:jc w:val="both"/>
            </w:pPr>
            <w:r w:rsidRPr="000C0751">
              <w:rPr>
                <w:rFonts w:hint="eastAsia"/>
                <w:sz w:val="18"/>
                <w:lang w:eastAsia="ja-JP"/>
              </w:rPr>
              <w:t>（アパート名など）</w:t>
            </w:r>
          </w:p>
        </w:tc>
        <w:tc>
          <w:tcPr>
            <w:tcW w:w="5487" w:type="dxa"/>
            <w:vAlign w:val="center"/>
          </w:tcPr>
          <w:p w:rsidR="00124527" w:rsidRDefault="00124527" w:rsidP="00124527">
            <w:pPr>
              <w:jc w:val="both"/>
            </w:pPr>
          </w:p>
          <w:p w:rsidR="00080884" w:rsidRDefault="00080884" w:rsidP="00124527">
            <w:pPr>
              <w:jc w:val="both"/>
            </w:pPr>
          </w:p>
        </w:tc>
      </w:tr>
      <w:tr w:rsidR="004E3D6B" w:rsidTr="00ED7D01">
        <w:trPr>
          <w:trHeight w:val="704"/>
        </w:trPr>
        <w:tc>
          <w:tcPr>
            <w:tcW w:w="505" w:type="dxa"/>
            <w:vMerge/>
            <w:textDirection w:val="tbRlV"/>
          </w:tcPr>
          <w:p w:rsidR="004E3D6B" w:rsidRDefault="004E3D6B" w:rsidP="004E3D6B">
            <w:pPr>
              <w:ind w:left="113" w:right="113"/>
              <w:jc w:val="center"/>
            </w:pPr>
          </w:p>
        </w:tc>
        <w:tc>
          <w:tcPr>
            <w:tcW w:w="2864" w:type="dxa"/>
            <w:vAlign w:val="center"/>
          </w:tcPr>
          <w:p w:rsidR="004E3D6B" w:rsidRDefault="004E3D6B" w:rsidP="004E3D6B">
            <w:r>
              <w:t>物件の所在地</w:t>
            </w:r>
            <w:r>
              <w:br/>
            </w:r>
            <w:r w:rsidRPr="000C0751">
              <w:rPr>
                <w:sz w:val="18"/>
              </w:rPr>
              <w:t>（公開希望範囲）</w:t>
            </w:r>
          </w:p>
        </w:tc>
        <w:tc>
          <w:tcPr>
            <w:tcW w:w="5487" w:type="dxa"/>
            <w:vAlign w:val="center"/>
          </w:tcPr>
          <w:p w:rsidR="004E3D6B" w:rsidRDefault="004E3D6B" w:rsidP="004E3D6B">
            <w:r>
              <w:rPr>
                <w:rFonts w:hint="eastAsia"/>
                <w:lang w:eastAsia="ja-JP"/>
              </w:rPr>
              <w:t>軽米</w:t>
            </w:r>
            <w:r>
              <w:t>町</w:t>
            </w:r>
            <w:r>
              <w:rPr>
                <w:rFonts w:hint="eastAsia"/>
                <w:lang w:eastAsia="ja-JP"/>
              </w:rPr>
              <w:t>大字</w:t>
            </w:r>
            <w:r>
              <w:br/>
            </w:r>
            <w:r w:rsidRPr="00203222">
              <w:rPr>
                <w:sz w:val="16"/>
              </w:rPr>
              <w:t>（</w:t>
            </w:r>
            <w:r>
              <w:rPr>
                <w:rFonts w:hint="eastAsia"/>
                <w:sz w:val="16"/>
                <w:lang w:eastAsia="ja-JP"/>
              </w:rPr>
              <w:t xml:space="preserve">公開希望範囲　□番地まで　□地割まで　□大字まで　□その他　</w:t>
            </w:r>
            <w:r w:rsidRPr="00203222">
              <w:rPr>
                <w:sz w:val="16"/>
              </w:rPr>
              <w:t>）</w:t>
            </w:r>
          </w:p>
        </w:tc>
      </w:tr>
      <w:tr w:rsidR="00124527" w:rsidTr="00ED7D01">
        <w:trPr>
          <w:trHeight w:val="700"/>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pPr>
            <w:r>
              <w:t>物件の種別</w:t>
            </w:r>
          </w:p>
        </w:tc>
        <w:tc>
          <w:tcPr>
            <w:tcW w:w="5487" w:type="dxa"/>
            <w:vAlign w:val="center"/>
          </w:tcPr>
          <w:p w:rsidR="00124527" w:rsidRDefault="00124527" w:rsidP="00124527">
            <w:pPr>
              <w:jc w:val="both"/>
              <w:rPr>
                <w:lang w:eastAsia="ja-JP"/>
              </w:rPr>
            </w:pPr>
            <w:r>
              <w:t>□ アパート</w:t>
            </w:r>
            <w:r>
              <w:rPr>
                <w:rFonts w:hint="eastAsia"/>
                <w:lang w:eastAsia="ja-JP"/>
              </w:rPr>
              <w:t>（総戸数　　　戸）</w:t>
            </w:r>
          </w:p>
          <w:p w:rsidR="00124527" w:rsidRDefault="00124527" w:rsidP="00124527">
            <w:pPr>
              <w:jc w:val="both"/>
            </w:pPr>
            <w:r>
              <w:t>□ 貸家</w:t>
            </w:r>
            <w:r>
              <w:rPr>
                <w:rFonts w:hint="eastAsia"/>
                <w:lang w:eastAsia="ja-JP"/>
              </w:rPr>
              <w:t>・</w:t>
            </w:r>
            <w:r>
              <w:t>一戸建て</w:t>
            </w:r>
          </w:p>
          <w:p w:rsidR="00124527" w:rsidRDefault="00124527" w:rsidP="00124527">
            <w:pPr>
              <w:jc w:val="both"/>
            </w:pPr>
            <w:r>
              <w:t xml:space="preserve">□ その他（　　</w:t>
            </w:r>
            <w:r>
              <w:rPr>
                <w:rFonts w:hint="eastAsia"/>
                <w:lang w:eastAsia="ja-JP"/>
              </w:rPr>
              <w:t xml:space="preserve">　　　　　　</w:t>
            </w:r>
            <w:r>
              <w:t xml:space="preserve">　　）</w:t>
            </w:r>
          </w:p>
        </w:tc>
      </w:tr>
      <w:tr w:rsidR="00124527" w:rsidTr="00ED7D01">
        <w:trPr>
          <w:trHeight w:val="658"/>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pPr>
            <w:r>
              <w:t>間取り</w:t>
            </w:r>
          </w:p>
          <w:p w:rsidR="00124527" w:rsidRDefault="00124527" w:rsidP="00124527">
            <w:pPr>
              <w:jc w:val="both"/>
            </w:pPr>
            <w:r w:rsidRPr="00203222">
              <w:rPr>
                <w:sz w:val="18"/>
              </w:rPr>
              <w:t>（２LDK、和室６・洋室６・DK など）</w:t>
            </w:r>
          </w:p>
        </w:tc>
        <w:tc>
          <w:tcPr>
            <w:tcW w:w="5487" w:type="dxa"/>
            <w:vAlign w:val="center"/>
          </w:tcPr>
          <w:p w:rsidR="00124527" w:rsidRDefault="00124527" w:rsidP="00124527">
            <w:pPr>
              <w:jc w:val="both"/>
            </w:pPr>
          </w:p>
          <w:p w:rsidR="00124527" w:rsidRDefault="00124527" w:rsidP="00124527">
            <w:pPr>
              <w:jc w:val="both"/>
            </w:pPr>
          </w:p>
        </w:tc>
      </w:tr>
      <w:tr w:rsidR="00124527" w:rsidTr="00ED7D01">
        <w:trPr>
          <w:trHeight w:val="722"/>
        </w:trPr>
        <w:tc>
          <w:tcPr>
            <w:tcW w:w="505" w:type="dxa"/>
            <w:vMerge/>
            <w:textDirection w:val="tbRlV"/>
          </w:tcPr>
          <w:p w:rsidR="00124527" w:rsidRDefault="00124527" w:rsidP="00124527">
            <w:pPr>
              <w:ind w:left="113" w:right="113"/>
              <w:jc w:val="center"/>
            </w:pPr>
          </w:p>
        </w:tc>
        <w:tc>
          <w:tcPr>
            <w:tcW w:w="2864" w:type="dxa"/>
            <w:vAlign w:val="center"/>
          </w:tcPr>
          <w:p w:rsidR="00124527" w:rsidRDefault="00124527" w:rsidP="00124527">
            <w:pPr>
              <w:jc w:val="both"/>
              <w:rPr>
                <w:lang w:eastAsia="ja-JP"/>
              </w:rPr>
            </w:pPr>
            <w:r>
              <w:rPr>
                <w:rFonts w:hint="eastAsia"/>
                <w:lang w:eastAsia="ja-JP"/>
              </w:rPr>
              <w:t>その他連絡事項</w:t>
            </w:r>
          </w:p>
          <w:p w:rsidR="00124527" w:rsidRPr="000C0751" w:rsidRDefault="00124527" w:rsidP="00124527">
            <w:pPr>
              <w:jc w:val="both"/>
              <w:rPr>
                <w:sz w:val="18"/>
              </w:rPr>
            </w:pPr>
            <w:r w:rsidRPr="00203222">
              <w:rPr>
                <w:sz w:val="18"/>
              </w:rPr>
              <w:t>（</w:t>
            </w:r>
            <w:r>
              <w:rPr>
                <w:rFonts w:hint="eastAsia"/>
                <w:sz w:val="18"/>
                <w:lang w:eastAsia="ja-JP"/>
              </w:rPr>
              <w:t>駐車場２台、ペット可</w:t>
            </w:r>
            <w:r w:rsidRPr="00203222">
              <w:rPr>
                <w:sz w:val="18"/>
              </w:rPr>
              <w:t>など）</w:t>
            </w:r>
          </w:p>
        </w:tc>
        <w:tc>
          <w:tcPr>
            <w:tcW w:w="5487" w:type="dxa"/>
            <w:vAlign w:val="center"/>
          </w:tcPr>
          <w:p w:rsidR="00124527" w:rsidRDefault="00124527" w:rsidP="00124527">
            <w:pPr>
              <w:jc w:val="both"/>
            </w:pPr>
          </w:p>
        </w:tc>
      </w:tr>
    </w:tbl>
    <w:p w:rsidR="006C4630" w:rsidRDefault="006C4630"/>
    <w:p w:rsidR="006C4630" w:rsidRDefault="006C4630">
      <w:r>
        <w:br w:type="page"/>
      </w:r>
    </w:p>
    <w:p w:rsidR="006C4630" w:rsidRPr="00B47FF7" w:rsidRDefault="006C4630" w:rsidP="006C4630">
      <w:pPr>
        <w:rPr>
          <w:sz w:val="22"/>
        </w:rPr>
      </w:pPr>
      <w:r w:rsidRPr="00B47FF7">
        <w:rPr>
          <w:sz w:val="22"/>
        </w:rPr>
        <w:lastRenderedPageBreak/>
        <w:t>様式第</w:t>
      </w:r>
      <w:r w:rsidRPr="00B47FF7">
        <w:rPr>
          <w:rFonts w:hint="eastAsia"/>
          <w:sz w:val="22"/>
          <w:lang w:eastAsia="ja-JP"/>
        </w:rPr>
        <w:t>２</w:t>
      </w:r>
      <w:r w:rsidRPr="00B47FF7">
        <w:rPr>
          <w:sz w:val="22"/>
        </w:rPr>
        <w:t>号（第４条、第６条関係）</w:t>
      </w:r>
    </w:p>
    <w:p w:rsidR="006C4630" w:rsidRPr="004E3D6B" w:rsidRDefault="00C9541F" w:rsidP="006C4630">
      <w:pPr>
        <w:jc w:val="center"/>
        <w:rPr>
          <w:sz w:val="22"/>
        </w:rPr>
      </w:pPr>
      <w:r w:rsidRPr="004E3D6B">
        <w:rPr>
          <w:rFonts w:hint="eastAsia"/>
          <w:sz w:val="22"/>
          <w:lang w:eastAsia="ja-JP"/>
        </w:rPr>
        <w:t>軽米町宅地建物取引業者情報掲載（新規・変更）申出書兼同意書</w:t>
      </w:r>
      <w:r w:rsidR="004E3D6B" w:rsidRPr="004E3D6B">
        <w:rPr>
          <w:rFonts w:hint="eastAsia"/>
          <w:sz w:val="22"/>
          <w:lang w:eastAsia="ja-JP"/>
        </w:rPr>
        <w:t>【宅建業者用】</w:t>
      </w:r>
    </w:p>
    <w:p w:rsidR="006C4630" w:rsidRDefault="006C4630" w:rsidP="006C4630">
      <w:pPr>
        <w:jc w:val="right"/>
      </w:pPr>
      <w:r>
        <w:t xml:space="preserve">　　年　　月　　日</w:t>
      </w:r>
    </w:p>
    <w:p w:rsidR="006C4630" w:rsidRDefault="006C4630" w:rsidP="006C4630">
      <w:r>
        <w:rPr>
          <w:rFonts w:hint="eastAsia"/>
          <w:lang w:eastAsia="ja-JP"/>
        </w:rPr>
        <w:t>軽米</w:t>
      </w:r>
      <w:r>
        <w:t>町長　様</w:t>
      </w:r>
    </w:p>
    <w:tbl>
      <w:tblPr>
        <w:tblStyle w:val="afe"/>
        <w:tblW w:w="0" w:type="auto"/>
        <w:tblLook w:val="04A0" w:firstRow="1" w:lastRow="0" w:firstColumn="1" w:lastColumn="0" w:noHBand="0" w:noVBand="1"/>
      </w:tblPr>
      <w:tblGrid>
        <w:gridCol w:w="2185"/>
        <w:gridCol w:w="2343"/>
        <w:gridCol w:w="1525"/>
        <w:gridCol w:w="2577"/>
      </w:tblGrid>
      <w:tr w:rsidR="006C4630" w:rsidTr="004C2F08">
        <w:trPr>
          <w:trHeight w:val="757"/>
        </w:trPr>
        <w:tc>
          <w:tcPr>
            <w:tcW w:w="2235" w:type="dxa"/>
            <w:vAlign w:val="center"/>
          </w:tcPr>
          <w:p w:rsidR="006C4630" w:rsidRDefault="006C4630" w:rsidP="0011582B">
            <w:r>
              <w:t>申出者（</w:t>
            </w:r>
            <w:r w:rsidR="004C2F08">
              <w:rPr>
                <w:rFonts w:hint="eastAsia"/>
                <w:lang w:eastAsia="ja-JP"/>
              </w:rPr>
              <w:t>宅建業者</w:t>
            </w:r>
            <w:r>
              <w:t>）</w:t>
            </w:r>
          </w:p>
        </w:tc>
        <w:tc>
          <w:tcPr>
            <w:tcW w:w="6621" w:type="dxa"/>
            <w:gridSpan w:val="3"/>
            <w:vAlign w:val="center"/>
          </w:tcPr>
          <w:p w:rsidR="006C4630" w:rsidRDefault="004C2F08" w:rsidP="004C2F08">
            <w:r>
              <w:rPr>
                <w:rFonts w:hint="eastAsia"/>
                <w:lang w:eastAsia="ja-JP"/>
              </w:rPr>
              <w:t>所在地</w:t>
            </w:r>
            <w:r w:rsidR="006C4630">
              <w:t>：</w:t>
            </w:r>
          </w:p>
          <w:p w:rsidR="006C4630" w:rsidRDefault="004C2F08" w:rsidP="004C2F08">
            <w:r>
              <w:rPr>
                <w:rFonts w:hint="eastAsia"/>
                <w:lang w:eastAsia="ja-JP"/>
              </w:rPr>
              <w:t>名称及び代表者</w:t>
            </w:r>
            <w:r w:rsidR="006C4630">
              <w:t>：</w:t>
            </w:r>
          </w:p>
        </w:tc>
      </w:tr>
      <w:tr w:rsidR="004C2F08" w:rsidTr="004C2F08">
        <w:trPr>
          <w:trHeight w:val="415"/>
        </w:trPr>
        <w:tc>
          <w:tcPr>
            <w:tcW w:w="2235" w:type="dxa"/>
            <w:vAlign w:val="center"/>
          </w:tcPr>
          <w:p w:rsidR="004C2F08" w:rsidRDefault="004C2F08" w:rsidP="004C2F08">
            <w:r>
              <w:t>宅地建物取引業者</w:t>
            </w:r>
            <w:r>
              <w:br/>
              <w:t>免許番号</w:t>
            </w:r>
          </w:p>
        </w:tc>
        <w:tc>
          <w:tcPr>
            <w:tcW w:w="6621" w:type="dxa"/>
            <w:gridSpan w:val="3"/>
            <w:vAlign w:val="center"/>
          </w:tcPr>
          <w:p w:rsidR="004C2F08" w:rsidRDefault="004C2F08" w:rsidP="004C2F08">
            <w:pPr>
              <w:jc w:val="both"/>
            </w:pPr>
            <w:r>
              <w:t xml:space="preserve">　　　　知事・大臣（　　）第　　　　　　号</w:t>
            </w:r>
          </w:p>
        </w:tc>
      </w:tr>
      <w:tr w:rsidR="004C2F08" w:rsidTr="004C2F08">
        <w:trPr>
          <w:trHeight w:val="407"/>
        </w:trPr>
        <w:tc>
          <w:tcPr>
            <w:tcW w:w="2235" w:type="dxa"/>
            <w:vAlign w:val="center"/>
          </w:tcPr>
          <w:p w:rsidR="004C2F08" w:rsidRDefault="004C2F08" w:rsidP="004C2F08">
            <w:r>
              <w:t>電話番号</w:t>
            </w:r>
          </w:p>
        </w:tc>
        <w:tc>
          <w:tcPr>
            <w:tcW w:w="2409" w:type="dxa"/>
            <w:vAlign w:val="center"/>
          </w:tcPr>
          <w:p w:rsidR="004C2F08" w:rsidRDefault="004C2F08" w:rsidP="004C2F08"/>
        </w:tc>
        <w:tc>
          <w:tcPr>
            <w:tcW w:w="1560" w:type="dxa"/>
            <w:vAlign w:val="center"/>
          </w:tcPr>
          <w:p w:rsidR="004C2F08" w:rsidRDefault="004C2F08" w:rsidP="004C2F08">
            <w:r w:rsidRPr="004C2F08">
              <w:rPr>
                <w:rFonts w:hint="eastAsia"/>
                <w:sz w:val="18"/>
                <w:lang w:eastAsia="ja-JP"/>
              </w:rPr>
              <w:t>メールアドレス</w:t>
            </w:r>
          </w:p>
        </w:tc>
        <w:tc>
          <w:tcPr>
            <w:tcW w:w="2652" w:type="dxa"/>
            <w:vAlign w:val="center"/>
          </w:tcPr>
          <w:p w:rsidR="004C2F08" w:rsidRDefault="004C2F08" w:rsidP="004C2F08"/>
        </w:tc>
      </w:tr>
      <w:tr w:rsidR="004C2F08" w:rsidTr="004C2F08">
        <w:trPr>
          <w:trHeight w:val="427"/>
        </w:trPr>
        <w:tc>
          <w:tcPr>
            <w:tcW w:w="2235" w:type="dxa"/>
            <w:vAlign w:val="center"/>
          </w:tcPr>
          <w:p w:rsidR="004C2F08" w:rsidRDefault="004C2F08" w:rsidP="004C2F08">
            <w:r>
              <w:t>申出区分</w:t>
            </w:r>
          </w:p>
        </w:tc>
        <w:tc>
          <w:tcPr>
            <w:tcW w:w="6621" w:type="dxa"/>
            <w:gridSpan w:val="3"/>
            <w:vAlign w:val="center"/>
          </w:tcPr>
          <w:p w:rsidR="004C2F08" w:rsidRDefault="004C2F08" w:rsidP="004C2F08">
            <w:r>
              <w:t>□ 新規掲載　　　□ 登録内容の変更</w:t>
            </w:r>
          </w:p>
        </w:tc>
      </w:tr>
    </w:tbl>
    <w:p w:rsidR="006C4630" w:rsidRDefault="006C4630" w:rsidP="006C4630">
      <w:pPr>
        <w:spacing w:after="0" w:line="240" w:lineRule="auto"/>
        <w:ind w:leftChars="-67" w:left="-141" w:firstLineChars="100" w:firstLine="210"/>
        <w:rPr>
          <w:lang w:eastAsia="ja-JP"/>
        </w:rPr>
      </w:pPr>
    </w:p>
    <w:p w:rsidR="006C4630" w:rsidRDefault="006C4630" w:rsidP="006C4630">
      <w:pPr>
        <w:spacing w:after="0" w:line="240" w:lineRule="auto"/>
        <w:ind w:leftChars="-67" w:left="-141" w:firstLineChars="100" w:firstLine="210"/>
      </w:pPr>
      <w:r>
        <w:rPr>
          <w:rFonts w:hint="eastAsia"/>
          <w:lang w:eastAsia="ja-JP"/>
        </w:rPr>
        <w:t>軽米</w:t>
      </w:r>
      <w:r>
        <w:t>町民間賃貸住宅等情報提供事業実施要綱の趣旨及び下記同意事項に同意の上、以下のとおり物件情報等の掲載を申し出ます。</w:t>
      </w:r>
    </w:p>
    <w:p w:rsidR="006C4630" w:rsidRDefault="006C4630" w:rsidP="006C4630">
      <w:pPr>
        <w:spacing w:after="0" w:line="240" w:lineRule="auto"/>
        <w:ind w:leftChars="-67" w:left="-141" w:firstLineChars="100" w:firstLine="210"/>
      </w:pPr>
    </w:p>
    <w:p w:rsidR="006C4630" w:rsidRPr="000C0751" w:rsidRDefault="006C4630" w:rsidP="006C4630">
      <w:pPr>
        <w:spacing w:after="0" w:line="240" w:lineRule="auto"/>
        <w:rPr>
          <w:b/>
          <w:sz w:val="22"/>
        </w:rPr>
      </w:pPr>
      <w:r w:rsidRPr="000C0751">
        <w:rPr>
          <w:b/>
          <w:sz w:val="22"/>
        </w:rPr>
        <w:t>【掲載情報】</w:t>
      </w:r>
      <w:r w:rsidRPr="00080884">
        <w:rPr>
          <w:b/>
          <w:sz w:val="18"/>
        </w:rPr>
        <w:t>（※ホームページにそのまま公開され</w:t>
      </w:r>
      <w:r>
        <w:rPr>
          <w:rFonts w:hint="eastAsia"/>
          <w:b/>
          <w:sz w:val="18"/>
          <w:lang w:eastAsia="ja-JP"/>
        </w:rPr>
        <w:t>ます</w:t>
      </w:r>
      <w:r w:rsidRPr="00080884">
        <w:rPr>
          <w:b/>
          <w:sz w:val="18"/>
        </w:rPr>
        <w:t>）</w:t>
      </w:r>
    </w:p>
    <w:tbl>
      <w:tblPr>
        <w:tblStyle w:val="afe"/>
        <w:tblW w:w="0" w:type="auto"/>
        <w:tblLook w:val="04A0" w:firstRow="1" w:lastRow="0" w:firstColumn="1" w:lastColumn="0" w:noHBand="0" w:noVBand="1"/>
      </w:tblPr>
      <w:tblGrid>
        <w:gridCol w:w="2864"/>
        <w:gridCol w:w="5487"/>
      </w:tblGrid>
      <w:tr w:rsidR="006C4630" w:rsidTr="006C4630">
        <w:trPr>
          <w:trHeight w:val="740"/>
        </w:trPr>
        <w:tc>
          <w:tcPr>
            <w:tcW w:w="2864" w:type="dxa"/>
            <w:vAlign w:val="center"/>
          </w:tcPr>
          <w:p w:rsidR="006C4630" w:rsidRDefault="006C4630" w:rsidP="006C4630">
            <w:pPr>
              <w:jc w:val="both"/>
            </w:pPr>
            <w:r>
              <w:rPr>
                <w:rFonts w:hint="eastAsia"/>
                <w:lang w:eastAsia="ja-JP"/>
              </w:rPr>
              <w:t>事業所名</w:t>
            </w:r>
          </w:p>
        </w:tc>
        <w:tc>
          <w:tcPr>
            <w:tcW w:w="5487" w:type="dxa"/>
            <w:vAlign w:val="center"/>
          </w:tcPr>
          <w:p w:rsidR="006C4630" w:rsidRDefault="006C4630" w:rsidP="006C4630">
            <w:pPr>
              <w:jc w:val="both"/>
            </w:pPr>
          </w:p>
        </w:tc>
      </w:tr>
      <w:tr w:rsidR="006C4630" w:rsidTr="006C4630">
        <w:trPr>
          <w:trHeight w:val="740"/>
        </w:trPr>
        <w:tc>
          <w:tcPr>
            <w:tcW w:w="2864" w:type="dxa"/>
            <w:vAlign w:val="center"/>
          </w:tcPr>
          <w:p w:rsidR="006C4630" w:rsidRDefault="006C4630" w:rsidP="006C4630">
            <w:pPr>
              <w:jc w:val="both"/>
              <w:rPr>
                <w:lang w:eastAsia="ja-JP"/>
              </w:rPr>
            </w:pPr>
            <w:r>
              <w:rPr>
                <w:rFonts w:hint="eastAsia"/>
                <w:lang w:eastAsia="ja-JP"/>
              </w:rPr>
              <w:t>事業所所在地</w:t>
            </w:r>
          </w:p>
          <w:p w:rsidR="004C2F08" w:rsidRDefault="004C2F08" w:rsidP="006C4630">
            <w:pPr>
              <w:jc w:val="both"/>
              <w:rPr>
                <w:lang w:eastAsia="ja-JP"/>
              </w:rPr>
            </w:pPr>
            <w:r>
              <w:rPr>
                <w:rFonts w:hint="eastAsia"/>
                <w:lang w:eastAsia="ja-JP"/>
              </w:rPr>
              <w:t>（軽米町内の事業所）</w:t>
            </w:r>
          </w:p>
        </w:tc>
        <w:tc>
          <w:tcPr>
            <w:tcW w:w="5487" w:type="dxa"/>
            <w:vAlign w:val="center"/>
          </w:tcPr>
          <w:p w:rsidR="006C4630" w:rsidRDefault="006C4630" w:rsidP="006C4630">
            <w:pPr>
              <w:jc w:val="both"/>
            </w:pPr>
            <w:r>
              <w:rPr>
                <w:rFonts w:hint="eastAsia"/>
                <w:lang w:eastAsia="ja-JP"/>
              </w:rPr>
              <w:t>軽米町大字</w:t>
            </w:r>
          </w:p>
        </w:tc>
      </w:tr>
      <w:tr w:rsidR="006C4630" w:rsidTr="006C4630">
        <w:trPr>
          <w:trHeight w:val="667"/>
        </w:trPr>
        <w:tc>
          <w:tcPr>
            <w:tcW w:w="2864" w:type="dxa"/>
            <w:vAlign w:val="center"/>
          </w:tcPr>
          <w:p w:rsidR="006C4630" w:rsidRDefault="006C4630" w:rsidP="006C4630">
            <w:pPr>
              <w:jc w:val="both"/>
            </w:pPr>
            <w:r>
              <w:rPr>
                <w:rFonts w:hint="eastAsia"/>
                <w:lang w:eastAsia="ja-JP"/>
              </w:rPr>
              <w:t>公開する電話番号</w:t>
            </w:r>
          </w:p>
        </w:tc>
        <w:tc>
          <w:tcPr>
            <w:tcW w:w="5487" w:type="dxa"/>
            <w:vAlign w:val="center"/>
          </w:tcPr>
          <w:p w:rsidR="006C4630" w:rsidRDefault="006C4630" w:rsidP="006C4630">
            <w:pPr>
              <w:jc w:val="both"/>
            </w:pPr>
          </w:p>
        </w:tc>
      </w:tr>
      <w:tr w:rsidR="006C4630" w:rsidTr="006C4630">
        <w:trPr>
          <w:trHeight w:val="644"/>
        </w:trPr>
        <w:tc>
          <w:tcPr>
            <w:tcW w:w="2864" w:type="dxa"/>
            <w:vAlign w:val="center"/>
          </w:tcPr>
          <w:p w:rsidR="006C4630" w:rsidRDefault="006C4630" w:rsidP="006C4630">
            <w:pPr>
              <w:jc w:val="both"/>
            </w:pPr>
            <w:r>
              <w:t>自社ホームページ等のリンク先</w:t>
            </w:r>
            <w:r w:rsidR="00C9541F">
              <w:rPr>
                <w:rFonts w:hint="eastAsia"/>
                <w:lang w:eastAsia="ja-JP"/>
              </w:rPr>
              <w:t>ＵＲＬ</w:t>
            </w:r>
          </w:p>
        </w:tc>
        <w:tc>
          <w:tcPr>
            <w:tcW w:w="5487" w:type="dxa"/>
            <w:vAlign w:val="center"/>
          </w:tcPr>
          <w:p w:rsidR="006C4630" w:rsidRDefault="006C4630" w:rsidP="006C4630">
            <w:pPr>
              <w:jc w:val="both"/>
            </w:pPr>
          </w:p>
        </w:tc>
      </w:tr>
      <w:tr w:rsidR="006C4630" w:rsidTr="006C4630">
        <w:trPr>
          <w:trHeight w:val="503"/>
        </w:trPr>
        <w:tc>
          <w:tcPr>
            <w:tcW w:w="2864" w:type="dxa"/>
            <w:vAlign w:val="center"/>
          </w:tcPr>
          <w:p w:rsidR="006C4630" w:rsidRPr="000C0751" w:rsidRDefault="006C4630" w:rsidP="006C4630">
            <w:pPr>
              <w:jc w:val="both"/>
              <w:rPr>
                <w:sz w:val="18"/>
              </w:rPr>
            </w:pPr>
            <w:r>
              <w:rPr>
                <w:rFonts w:hint="eastAsia"/>
                <w:lang w:eastAsia="ja-JP"/>
              </w:rPr>
              <w:t>その他連絡事項</w:t>
            </w:r>
          </w:p>
        </w:tc>
        <w:tc>
          <w:tcPr>
            <w:tcW w:w="5487" w:type="dxa"/>
            <w:vAlign w:val="center"/>
          </w:tcPr>
          <w:p w:rsidR="006C4630" w:rsidRDefault="006C4630" w:rsidP="006C4630">
            <w:pPr>
              <w:jc w:val="both"/>
            </w:pPr>
          </w:p>
        </w:tc>
      </w:tr>
    </w:tbl>
    <w:p w:rsidR="006C4630" w:rsidRDefault="006C4630" w:rsidP="006C4630">
      <w:pPr>
        <w:spacing w:after="0" w:line="240" w:lineRule="auto"/>
      </w:pPr>
    </w:p>
    <w:p w:rsidR="006C4630" w:rsidRDefault="006C4630" w:rsidP="006C4630">
      <w:pPr>
        <w:spacing w:afterLines="50" w:after="120" w:line="240" w:lineRule="auto"/>
      </w:pPr>
      <w:r>
        <w:t>【同意・誓約事項】</w:t>
      </w:r>
      <w:r>
        <w:rPr>
          <w:rFonts w:hint="eastAsia"/>
          <w:lang w:eastAsia="ja-JP"/>
        </w:rPr>
        <w:t>次の事項について、同意及び誓約します</w:t>
      </w:r>
    </w:p>
    <w:p w:rsidR="006C4630" w:rsidRPr="006C4630" w:rsidRDefault="006C4630" w:rsidP="006C4630">
      <w:pPr>
        <w:spacing w:after="0" w:line="240" w:lineRule="auto"/>
        <w:ind w:left="200" w:hangingChars="100" w:hanging="200"/>
        <w:rPr>
          <w:sz w:val="20"/>
          <w:lang w:eastAsia="ja-JP"/>
        </w:rPr>
      </w:pPr>
      <w:r>
        <w:rPr>
          <w:rFonts w:hint="eastAsia"/>
          <w:sz w:val="20"/>
          <w:lang w:eastAsia="ja-JP"/>
        </w:rPr>
        <w:t>■</w:t>
      </w:r>
      <w:r w:rsidRPr="006C4630">
        <w:rPr>
          <w:sz w:val="20"/>
          <w:lang w:eastAsia="ja-JP"/>
        </w:rPr>
        <w:t xml:space="preserve"> 当法人は、上記の「掲載情報」欄に記載した事業所情報及びリンク先等の情報が、町のホームページ等で一般に公開されることに同意します。</w:t>
      </w:r>
    </w:p>
    <w:p w:rsidR="006C4630" w:rsidRPr="006C4630" w:rsidRDefault="006C4630" w:rsidP="006C4630">
      <w:pPr>
        <w:spacing w:after="0" w:line="240" w:lineRule="auto"/>
        <w:ind w:left="200" w:hangingChars="100" w:hanging="200"/>
        <w:rPr>
          <w:sz w:val="20"/>
          <w:lang w:eastAsia="ja-JP"/>
        </w:rPr>
      </w:pPr>
      <w:r>
        <w:rPr>
          <w:rFonts w:hint="eastAsia"/>
          <w:sz w:val="20"/>
          <w:lang w:eastAsia="ja-JP"/>
        </w:rPr>
        <w:t>■</w:t>
      </w:r>
      <w:r w:rsidRPr="006C4630">
        <w:rPr>
          <w:sz w:val="20"/>
          <w:lang w:eastAsia="ja-JP"/>
        </w:rPr>
        <w:t xml:space="preserve"> 町は本事業において情報の提供（リンクの掲載）のみを行い、物件の確認、交渉、契約等の仲介に一切関与しないことを承諾します。</w:t>
      </w:r>
    </w:p>
    <w:p w:rsidR="006C4630" w:rsidRPr="006C4630" w:rsidRDefault="006C4630" w:rsidP="006C4630">
      <w:pPr>
        <w:spacing w:after="0" w:line="240" w:lineRule="auto"/>
        <w:ind w:left="200" w:hangingChars="100" w:hanging="200"/>
        <w:rPr>
          <w:sz w:val="20"/>
          <w:lang w:eastAsia="ja-JP"/>
        </w:rPr>
      </w:pPr>
      <w:r>
        <w:rPr>
          <w:rFonts w:hint="eastAsia"/>
          <w:sz w:val="20"/>
          <w:lang w:eastAsia="ja-JP"/>
        </w:rPr>
        <w:t>■</w:t>
      </w:r>
      <w:r w:rsidRPr="006C4630">
        <w:rPr>
          <w:sz w:val="20"/>
          <w:lang w:eastAsia="ja-JP"/>
        </w:rPr>
        <w:t xml:space="preserve"> 顧客との交渉・契約に関するトラブル等について、町に一切の責任を追及しません。</w:t>
      </w:r>
    </w:p>
    <w:p w:rsidR="006C4630" w:rsidRPr="00245054" w:rsidRDefault="006C4630" w:rsidP="006C4630">
      <w:pPr>
        <w:spacing w:after="0" w:line="240" w:lineRule="auto"/>
        <w:ind w:left="200" w:hangingChars="100" w:hanging="200"/>
        <w:rPr>
          <w:sz w:val="20"/>
        </w:rPr>
      </w:pPr>
      <w:r>
        <w:rPr>
          <w:rFonts w:hint="eastAsia"/>
          <w:sz w:val="20"/>
          <w:lang w:eastAsia="ja-JP"/>
        </w:rPr>
        <w:t>■</w:t>
      </w:r>
      <w:r w:rsidRPr="006C4630">
        <w:rPr>
          <w:sz w:val="20"/>
          <w:lang w:eastAsia="ja-JP"/>
        </w:rPr>
        <w:t xml:space="preserve"> 暴力団員による不当な行為の防止等に関する法律に規定する暴力団又は暴力団員等ではありません。</w:t>
      </w:r>
    </w:p>
    <w:p w:rsidR="006C4630" w:rsidRDefault="006C4630" w:rsidP="006C4630">
      <w:pPr>
        <w:spacing w:after="0" w:line="240" w:lineRule="auto"/>
      </w:pPr>
      <w:r>
        <w:rPr>
          <w:rFonts w:hint="eastAsia"/>
          <w:sz w:val="20"/>
          <w:lang w:eastAsia="ja-JP"/>
        </w:rPr>
        <w:t>■</w:t>
      </w:r>
      <w:r w:rsidRPr="00245054">
        <w:rPr>
          <w:sz w:val="20"/>
        </w:rPr>
        <w:t xml:space="preserve"> 町税等の滞納はありません。</w:t>
      </w:r>
      <w:r>
        <w:rPr>
          <w:rFonts w:hint="eastAsia"/>
          <w:sz w:val="20"/>
          <w:lang w:eastAsia="ja-JP"/>
        </w:rPr>
        <w:t>また担当課が行う納税状況調査に同意します。</w:t>
      </w:r>
    </w:p>
    <w:p w:rsidR="00CB0FD4" w:rsidRDefault="00CB0FD4"/>
    <w:p w:rsidR="00CB0FD4" w:rsidRDefault="00CB0FD4">
      <w:r>
        <w:br w:type="page"/>
      </w:r>
    </w:p>
    <w:p w:rsidR="000356B0" w:rsidRPr="00B47FF7" w:rsidRDefault="00AB4E51" w:rsidP="00245054">
      <w:pPr>
        <w:rPr>
          <w:sz w:val="22"/>
        </w:rPr>
      </w:pPr>
      <w:bookmarkStart w:id="0" w:name="_GoBack"/>
      <w:r w:rsidRPr="00B47FF7">
        <w:rPr>
          <w:sz w:val="22"/>
        </w:rPr>
        <w:lastRenderedPageBreak/>
        <w:t>様式第</w:t>
      </w:r>
      <w:r w:rsidR="006C4630" w:rsidRPr="00B47FF7">
        <w:rPr>
          <w:rFonts w:hint="eastAsia"/>
          <w:sz w:val="22"/>
          <w:lang w:eastAsia="ja-JP"/>
        </w:rPr>
        <w:t>３</w:t>
      </w:r>
      <w:r w:rsidRPr="00B47FF7">
        <w:rPr>
          <w:sz w:val="22"/>
        </w:rPr>
        <w:t>号（第７条関係）</w:t>
      </w:r>
    </w:p>
    <w:bookmarkEnd w:id="0"/>
    <w:p w:rsidR="000356B0" w:rsidRDefault="00245054">
      <w:pPr>
        <w:jc w:val="center"/>
      </w:pPr>
      <w:r>
        <w:rPr>
          <w:rFonts w:hint="eastAsia"/>
          <w:b/>
          <w:sz w:val="24"/>
          <w:lang w:eastAsia="ja-JP"/>
        </w:rPr>
        <w:t>軽米</w:t>
      </w:r>
      <w:r w:rsidR="00AB4E51">
        <w:rPr>
          <w:b/>
          <w:sz w:val="24"/>
        </w:rPr>
        <w:t>町民間賃貸住宅等情報掲載抹消申出書</w:t>
      </w:r>
    </w:p>
    <w:p w:rsidR="000356B0" w:rsidRDefault="00AB4E51" w:rsidP="00245054">
      <w:pPr>
        <w:jc w:val="right"/>
      </w:pPr>
      <w:r>
        <w:t xml:space="preserve">　　年　　月　　日</w:t>
      </w:r>
    </w:p>
    <w:p w:rsidR="000356B0" w:rsidRDefault="00245054">
      <w:r>
        <w:rPr>
          <w:rFonts w:hint="eastAsia"/>
          <w:lang w:eastAsia="ja-JP"/>
        </w:rPr>
        <w:t>軽米</w:t>
      </w:r>
      <w:r w:rsidR="00AB4E51">
        <w:t>町長　様</w:t>
      </w:r>
    </w:p>
    <w:tbl>
      <w:tblPr>
        <w:tblStyle w:val="afe"/>
        <w:tblW w:w="0" w:type="auto"/>
        <w:tblLook w:val="04A0" w:firstRow="1" w:lastRow="0" w:firstColumn="1" w:lastColumn="0" w:noHBand="0" w:noVBand="1"/>
      </w:tblPr>
      <w:tblGrid>
        <w:gridCol w:w="2165"/>
        <w:gridCol w:w="6465"/>
      </w:tblGrid>
      <w:tr w:rsidR="00CB0FD4" w:rsidTr="00FF3080">
        <w:trPr>
          <w:trHeight w:val="1154"/>
        </w:trPr>
        <w:tc>
          <w:tcPr>
            <w:tcW w:w="2217" w:type="dxa"/>
            <w:vAlign w:val="center"/>
          </w:tcPr>
          <w:p w:rsidR="00CB0FD4" w:rsidRDefault="00CB0FD4" w:rsidP="00CB0FD4">
            <w:r>
              <w:t>申出者</w:t>
            </w:r>
          </w:p>
          <w:p w:rsidR="00124527" w:rsidRDefault="00124527" w:rsidP="00CB0FD4">
            <w:r>
              <w:rPr>
                <w:rFonts w:hint="eastAsia"/>
                <w:sz w:val="20"/>
                <w:lang w:eastAsia="ja-JP"/>
              </w:rPr>
              <w:t>※</w:t>
            </w:r>
            <w:r w:rsidRPr="00D5054B">
              <w:rPr>
                <w:sz w:val="20"/>
              </w:rPr>
              <w:t>法人</w:t>
            </w:r>
            <w:r w:rsidRPr="00D5054B">
              <w:rPr>
                <w:rFonts w:hint="eastAsia"/>
                <w:sz w:val="20"/>
                <w:lang w:eastAsia="ja-JP"/>
              </w:rPr>
              <w:t>の場合</w:t>
            </w:r>
            <w:r w:rsidRPr="00D5054B">
              <w:rPr>
                <w:sz w:val="20"/>
              </w:rPr>
              <w:t>は名称及び代表者氏名</w:t>
            </w:r>
          </w:p>
        </w:tc>
        <w:tc>
          <w:tcPr>
            <w:tcW w:w="6639" w:type="dxa"/>
            <w:vAlign w:val="center"/>
          </w:tcPr>
          <w:p w:rsidR="00124527" w:rsidRDefault="00CB0FD4" w:rsidP="004C2F08">
            <w:pPr>
              <w:spacing w:before="100" w:beforeAutospacing="1" w:after="100" w:afterAutospacing="1"/>
            </w:pPr>
            <w:r>
              <w:t>住所：</w:t>
            </w:r>
          </w:p>
          <w:p w:rsidR="00CB0FD4" w:rsidRDefault="00CB0FD4" w:rsidP="004C2F08">
            <w:pPr>
              <w:spacing w:before="100" w:beforeAutospacing="1" w:after="100" w:afterAutospacing="1"/>
            </w:pPr>
            <w:r>
              <w:t>氏名：</w:t>
            </w:r>
          </w:p>
        </w:tc>
      </w:tr>
      <w:tr w:rsidR="00CB0FD4" w:rsidTr="00CB0FD4">
        <w:trPr>
          <w:trHeight w:val="520"/>
        </w:trPr>
        <w:tc>
          <w:tcPr>
            <w:tcW w:w="2217" w:type="dxa"/>
            <w:vAlign w:val="center"/>
          </w:tcPr>
          <w:p w:rsidR="00CB0FD4" w:rsidRDefault="00CB0FD4" w:rsidP="00CB0FD4">
            <w:r>
              <w:t>電話番号</w:t>
            </w:r>
          </w:p>
        </w:tc>
        <w:tc>
          <w:tcPr>
            <w:tcW w:w="6639" w:type="dxa"/>
          </w:tcPr>
          <w:p w:rsidR="00CB0FD4" w:rsidRDefault="00CB0FD4" w:rsidP="00CB0FD4"/>
        </w:tc>
      </w:tr>
      <w:tr w:rsidR="00CB0FD4" w:rsidTr="00CB0FD4">
        <w:trPr>
          <w:trHeight w:val="520"/>
        </w:trPr>
        <w:tc>
          <w:tcPr>
            <w:tcW w:w="2217" w:type="dxa"/>
            <w:vAlign w:val="center"/>
          </w:tcPr>
          <w:p w:rsidR="00CB0FD4" w:rsidRDefault="00CB0FD4" w:rsidP="00CB0FD4">
            <w:r>
              <w:t>メールアドレス</w:t>
            </w:r>
          </w:p>
        </w:tc>
        <w:tc>
          <w:tcPr>
            <w:tcW w:w="6639" w:type="dxa"/>
          </w:tcPr>
          <w:p w:rsidR="00CB0FD4" w:rsidRDefault="00CB0FD4" w:rsidP="00CB0FD4"/>
        </w:tc>
      </w:tr>
    </w:tbl>
    <w:p w:rsidR="00CB0FD4" w:rsidRDefault="00CB0FD4" w:rsidP="00CB0FD4">
      <w:pPr>
        <w:ind w:firstLineChars="100" w:firstLine="210"/>
        <w:rPr>
          <w:lang w:eastAsia="ja-JP"/>
        </w:rPr>
      </w:pPr>
    </w:p>
    <w:p w:rsidR="000356B0" w:rsidRDefault="00245054" w:rsidP="00CB0FD4">
      <w:pPr>
        <w:ind w:firstLineChars="100" w:firstLine="210"/>
      </w:pPr>
      <w:r>
        <w:rPr>
          <w:rFonts w:hint="eastAsia"/>
          <w:lang w:eastAsia="ja-JP"/>
        </w:rPr>
        <w:t>軽米</w:t>
      </w:r>
      <w:r w:rsidR="00AB4E51">
        <w:t>町民間賃貸住宅等情報提供事業により掲載されている情報について、下記のとおり掲載の抹消を申し出ます。</w:t>
      </w:r>
    </w:p>
    <w:p w:rsidR="00124527" w:rsidRDefault="00124527" w:rsidP="00CB0FD4">
      <w:pPr>
        <w:ind w:firstLineChars="100" w:firstLine="210"/>
      </w:pPr>
    </w:p>
    <w:p w:rsidR="000356B0" w:rsidRDefault="00AB4E51" w:rsidP="00245054">
      <w:pPr>
        <w:jc w:val="center"/>
      </w:pPr>
      <w:r>
        <w:t>記</w:t>
      </w:r>
    </w:p>
    <w:tbl>
      <w:tblPr>
        <w:tblStyle w:val="afe"/>
        <w:tblW w:w="0" w:type="auto"/>
        <w:tblLook w:val="04A0" w:firstRow="1" w:lastRow="0" w:firstColumn="1" w:lastColumn="0" w:noHBand="0" w:noVBand="1"/>
      </w:tblPr>
      <w:tblGrid>
        <w:gridCol w:w="2617"/>
        <w:gridCol w:w="6013"/>
      </w:tblGrid>
      <w:tr w:rsidR="000356B0" w:rsidTr="00124527">
        <w:trPr>
          <w:trHeight w:val="722"/>
        </w:trPr>
        <w:tc>
          <w:tcPr>
            <w:tcW w:w="2835" w:type="dxa"/>
            <w:vAlign w:val="center"/>
          </w:tcPr>
          <w:p w:rsidR="000356B0" w:rsidRDefault="00AB4E51" w:rsidP="00124527">
            <w:r>
              <w:t>現在</w:t>
            </w:r>
            <w:r w:rsidR="00CB0FD4">
              <w:rPr>
                <w:rFonts w:hint="eastAsia"/>
                <w:lang w:eastAsia="ja-JP"/>
              </w:rPr>
              <w:t>公開</w:t>
            </w:r>
            <w:r>
              <w:t>中の名称</w:t>
            </w:r>
            <w:r>
              <w:br/>
              <w:t>（氏名又は屋号）</w:t>
            </w:r>
          </w:p>
        </w:tc>
        <w:tc>
          <w:tcPr>
            <w:tcW w:w="6236" w:type="dxa"/>
            <w:vAlign w:val="center"/>
          </w:tcPr>
          <w:p w:rsidR="000356B0" w:rsidRDefault="000356B0" w:rsidP="00124527"/>
        </w:tc>
      </w:tr>
      <w:tr w:rsidR="000356B0" w:rsidTr="00124527">
        <w:trPr>
          <w:trHeight w:val="1028"/>
        </w:trPr>
        <w:tc>
          <w:tcPr>
            <w:tcW w:w="2835" w:type="dxa"/>
            <w:vAlign w:val="center"/>
          </w:tcPr>
          <w:p w:rsidR="000356B0" w:rsidRDefault="00AB4E51" w:rsidP="00124527">
            <w:r>
              <w:t>抹消を希望する理由</w:t>
            </w:r>
          </w:p>
        </w:tc>
        <w:tc>
          <w:tcPr>
            <w:tcW w:w="6236" w:type="dxa"/>
            <w:vAlign w:val="center"/>
          </w:tcPr>
          <w:p w:rsidR="000356B0" w:rsidRDefault="00AB4E51" w:rsidP="00124527">
            <w:r>
              <w:t>□ アパート・貸家の経営をやめたため</w:t>
            </w:r>
            <w:r>
              <w:br/>
              <w:t>□ 満室</w:t>
            </w:r>
            <w:r w:rsidR="004C2F08">
              <w:rPr>
                <w:rFonts w:hint="eastAsia"/>
                <w:lang w:eastAsia="ja-JP"/>
              </w:rPr>
              <w:t>等によ</w:t>
            </w:r>
            <w:r>
              <w:t>り当面募集の予定がないため</w:t>
            </w:r>
            <w:r>
              <w:br/>
              <w:t>□ その他（　　　　　　　　　　　　　　　　）</w:t>
            </w:r>
          </w:p>
        </w:tc>
      </w:tr>
    </w:tbl>
    <w:p w:rsidR="00AB4E51" w:rsidRDefault="00AB4E51"/>
    <w:sectPr w:rsidR="00AB4E51" w:rsidSect="00245054">
      <w:pgSz w:w="12240" w:h="15840"/>
      <w:pgMar w:top="1440" w:right="1800" w:bottom="567"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7E0C55CB"/>
    <w:multiLevelType w:val="hybridMultilevel"/>
    <w:tmpl w:val="5B1A662E"/>
    <w:lvl w:ilvl="0" w:tplc="414ED2E6">
      <w:start w:val="1"/>
      <w:numFmt w:val="decimalFullWidth"/>
      <w:lvlText w:val="(%1)"/>
      <w:lvlJc w:val="left"/>
      <w:pPr>
        <w:ind w:left="876" w:hanging="6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6B0"/>
    <w:rsid w:val="0006063C"/>
    <w:rsid w:val="00080884"/>
    <w:rsid w:val="000C0751"/>
    <w:rsid w:val="00124527"/>
    <w:rsid w:val="0015074B"/>
    <w:rsid w:val="00203222"/>
    <w:rsid w:val="00205719"/>
    <w:rsid w:val="00245054"/>
    <w:rsid w:val="00266CD0"/>
    <w:rsid w:val="0029639D"/>
    <w:rsid w:val="00307DFF"/>
    <w:rsid w:val="00326F90"/>
    <w:rsid w:val="004C2B39"/>
    <w:rsid w:val="004C2F08"/>
    <w:rsid w:val="004E3D6B"/>
    <w:rsid w:val="006C4630"/>
    <w:rsid w:val="00AA1D8D"/>
    <w:rsid w:val="00AB4E51"/>
    <w:rsid w:val="00B47730"/>
    <w:rsid w:val="00B47FF7"/>
    <w:rsid w:val="00BE6BCA"/>
    <w:rsid w:val="00C015CB"/>
    <w:rsid w:val="00C92037"/>
    <w:rsid w:val="00C9541F"/>
    <w:rsid w:val="00CB0664"/>
    <w:rsid w:val="00CB0FD4"/>
    <w:rsid w:val="00D055B9"/>
    <w:rsid w:val="00D5054B"/>
    <w:rsid w:val="00FC693F"/>
    <w:rsid w:val="00FF3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efaultImageDpi w14:val="300"/>
  <w15:docId w15:val="{CA156E78-15AB-4AFA-98F8-46E2C598A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BE6BCA"/>
    <w:rPr>
      <w:rFonts w:ascii="ＭＳ 明朝" w:eastAsia="ＭＳ 明朝" w:hAnsi="ＭＳ 明朝"/>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Balloon Text"/>
    <w:basedOn w:val="a1"/>
    <w:link w:val="aff0"/>
    <w:uiPriority w:val="99"/>
    <w:semiHidden/>
    <w:unhideWhenUsed/>
    <w:rsid w:val="00245054"/>
    <w:pPr>
      <w:spacing w:after="0" w:line="240" w:lineRule="auto"/>
    </w:pPr>
    <w:rPr>
      <w:rFonts w:asciiTheme="majorHAnsi" w:eastAsiaTheme="majorEastAsia" w:hAnsiTheme="majorHAnsi" w:cstheme="majorBidi"/>
      <w:sz w:val="18"/>
      <w:szCs w:val="18"/>
    </w:rPr>
  </w:style>
  <w:style w:type="character" w:customStyle="1" w:styleId="aff0">
    <w:name w:val="吹き出し (文字)"/>
    <w:basedOn w:val="a2"/>
    <w:link w:val="aff"/>
    <w:uiPriority w:val="99"/>
    <w:semiHidden/>
    <w:rsid w:val="002450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C787D-303A-4197-AD28-F63F4380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339</Words>
  <Characters>1933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yoshiaki yamashita</cp:lastModifiedBy>
  <cp:revision>3</cp:revision>
  <cp:lastPrinted>2026-08-19T08:56:00Z</cp:lastPrinted>
  <dcterms:created xsi:type="dcterms:W3CDTF">2026-08-27T08:34:00Z</dcterms:created>
  <dcterms:modified xsi:type="dcterms:W3CDTF">2026-08-27T08:34:00Z</dcterms:modified>
  <cp:category/>
</cp:coreProperties>
</file>